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2018年10月广东省高等教育自学考试各专业开考课程考试时间安排表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2017-10-09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https://szeb.sz.gov.cn/szzkw/zkcx/zxks/kkkcksap/content/post_8949609.html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  <w:gridCol w:w="1520"/>
        <w:gridCol w:w="1520"/>
        <w:gridCol w:w="1520"/>
      </w:tblGrid>
      <w:tr>
        <w:trPr>
          <w:tblHeader/>
        </w:trP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专业代码及名称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 月 20 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 月 21 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  <w:br/>
              <w:t xml:space="preserve">  9:00 - 11:30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  <w:br/>
              <w:t xml:space="preserve">  14:30 - 17:00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  <w:br/>
              <w:t xml:space="preserve">  9:00 - 11:30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  <w:br/>
              <w:t xml:space="preserve">  14:30 - 17:00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A020105</w:t>
              <w:br/>
              <w:t xml:space="preserve"> 金融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商业银行业务与经营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证券投资学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A020109</w:t>
              <w:br/>
              <w:t xml:space="preserve"> 国际贸易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中国对外贸易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A020179</w:t>
              <w:br/>
              <w:t xml:space="preserve"> 会展管理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应用文写作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会展政策法规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A020203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A020205</w:t>
              <w:br/>
              <w:t xml:space="preserve"> 人力资源管理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工资管理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A020207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A020215</w:t>
              <w:br/>
              <w:t xml:space="preserve"> 电子商务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市场信息学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互联网软件应用与开发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电子商务案例分析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A020228</w:t>
              <w:br/>
              <w:t xml:space="preserve"> 物流管理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采购管理与库存控制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物流案例与实训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国际物流导论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采购与仓储管理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A020234</w:t>
              <w:br/>
              <w:t xml:space="preserve"> 物业管理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物业管理法规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房地产经营管理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物业管理财务基础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A020238</w:t>
              <w:br/>
              <w:t xml:space="preserve"> 国际旅游管理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旅游市场学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A020242</w:t>
              <w:br/>
              <w:t xml:space="preserve"> 会计电算化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关系数据库原理与程序设计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A020265</w:t>
              <w:br/>
              <w:t xml:space="preserve"> 采购与供应管理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采购谈判与供应商选择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采购绩效测量与商业分析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采购环境与供应市场分析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采购过程与合同管理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商业组织与过程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A020276</w:t>
              <w:br/>
              <w:t xml:space="preserve"> 环境保护与管理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环境监测(二)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A020313</w:t>
              <w:br/>
              <w:t xml:space="preserve"> 销售管理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连锁与特许经营管理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A030301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社会研究方法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A040101</w:t>
              <w:br/>
              <w:t xml:space="preserve"> 学前教育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幼儿园组织与管理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学前儿童数学教育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学前儿童美术教育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幼儿园课程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幼儿文学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科学﹒技术﹒社会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学前儿童音乐教育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A040106</w:t>
              <w:br/>
              <w:t xml:space="preserve"> 教育管理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A040109</w:t>
              <w:br/>
              <w:t xml:space="preserve"> 心理健康教育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心理测量与评估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特殊儿童心理与教育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心理咨询与辅导(一)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A050102</w:t>
              <w:br/>
              <w:t xml:space="preserve"> 秘书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外国秘书工作概况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A050128</w:t>
              <w:br/>
              <w:t xml:space="preserve"> 汉语言文学教育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中小学语文教材教法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A050129</w:t>
              <w:br/>
              <w:t xml:space="preserve"> 商务秘书〔商务管理〕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档案学概论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财务管理与会计基础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法律事务管理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商务秘书学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A050226</w:t>
              <w:br/>
              <w:t xml:space="preserve"> 商务英语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A050301</w:t>
              <w:br/>
              <w:t xml:space="preserve"> 广告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广告文案写作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A050303</w:t>
              <w:br/>
              <w:t xml:space="preserve"> 公共关系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公关礼仪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公关语言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中国通史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A050436</w:t>
              <w:br/>
              <w:t xml:space="preserve"> 艺术设计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A050442</w:t>
              <w:br/>
              <w:t xml:space="preserve"> 服装设计与工程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应用文写作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服装市场与营销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服装材料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服装生产管理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服装企业督导管理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服装品质管理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A050454</w:t>
              <w:br/>
              <w:t xml:space="preserve"> 动漫设计与制作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动漫产业概论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动画编导基础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A080301</w:t>
              <w:br/>
              <w:t xml:space="preserve"> 机械制造及自动化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A080304</w:t>
              <w:br/>
              <w:t xml:space="preserve"> 模具设计与制造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塑料成型机械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企业管理与技术经济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A080311</w:t>
              <w:br/>
              <w:t xml:space="preserve"> 农村机电工程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计算机实用基础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农业机械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电器设备使用与维护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A080602</w:t>
              <w:br/>
              <w:t xml:space="preserve"> 工业电气自动化技术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工厂电气设备控制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A080701</w:t>
              <w:br/>
              <w:t xml:space="preserve"> 计算机及应用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微型计算机及接口技术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A080704</w:t>
              <w:br/>
              <w:t xml:space="preserve"> 电子技术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非线性电子电路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数字电路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微型计算机原理及应用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A080744</w:t>
              <w:br/>
              <w:t xml:space="preserve"> 数控技术应用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互换性原理与测量技术基础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A080786</w:t>
              <w:br/>
              <w:t xml:space="preserve"> 移动商务技术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09016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移动通信原理与应用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A080788</w:t>
              <w:br/>
              <w:t xml:space="preserve"> 嵌入式技术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可编程控制器原理与应用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ARM结构与程序开发入门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A080801</w:t>
              <w:br/>
              <w:t xml:space="preserve"> 房屋建筑工程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土木工程制图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房屋建筑学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工程测量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建筑材料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建筑施工(一)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土力学及地基基础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A081310</w:t>
              <w:br/>
              <w:t xml:space="preserve"> 营养、食品与健康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基础营养学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微生物与食品微生物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疾病的营养防治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食品加工与保藏(专)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人体营养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中医营养学基础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临床医学总论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食品卫生法规与监督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A082207</w:t>
              <w:br/>
              <w:t xml:space="preserve"> 计算机信息管理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电子商务与电子政务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A082217</w:t>
              <w:br/>
              <w:t xml:space="preserve"> 电子政务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政府经济管理概论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工商行政管理学概论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A082229</w:t>
              <w:br/>
              <w:t xml:space="preserve"> 汽车服务工程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汽车诊断与维修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汽车营销技术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汽车底盘构造与维修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汽车保险与理赔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A090603</w:t>
              <w:br/>
              <w:t xml:space="preserve"> 乡镇企业管理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乡镇企业生产管理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乡镇资源开发与环境保护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乡镇企业经营管理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A090604</w:t>
              <w:br/>
              <w:t xml:space="preserve"> 农村财会与审计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农业经济学(二)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农村企事业会计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A100701</w:t>
              <w:br/>
              <w:t xml:space="preserve"> 护理学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病理学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护理伦理学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微生物学与免疫学基础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B020104</w:t>
              <w:br/>
              <w:t xml:space="preserve"> 财税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税收管理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B020106</w:t>
              <w:br/>
              <w:t xml:space="preserve"> 金融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B020110</w:t>
              <w:br/>
              <w:t xml:space="preserve"> 国际贸易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外贸英语写作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国际结算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国际运输与保险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B020157</w:t>
              <w:br/>
              <w:t xml:space="preserve"> 财务会计与审计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会计制度设计与比较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财务会计专题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管理与成本会计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B020177</w:t>
              <w:br/>
              <w:t xml:space="preserve"> 投资理财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07250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投资学原理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税收筹划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金融理财规划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B020180</w:t>
              <w:br/>
              <w:t xml:space="preserve"> 会展管理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会展企业战略管理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会议酒店管理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会展场馆经营与管理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B020202</w:t>
              <w:br/>
              <w:t xml:space="preserve"> 工商企业管理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B020204</w:t>
              <w:br/>
              <w:t xml:space="preserve"> 会计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B020208</w:t>
              <w:br/>
              <w:t xml:space="preserve"> 市场营销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企业形象设计(CIS)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B020216</w:t>
              <w:br/>
              <w:t xml:space="preserve"> 电子商务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电子商务与现代物流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电子商务网站设计原理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商法(二)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互联网数据库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B020218</w:t>
              <w:br/>
              <w:t xml:space="preserve"> 人力资源管理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劳动力市场学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宏观劳动力配置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工资管理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人力资源统计学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劳动争议处理概论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B020222</w:t>
              <w:br/>
              <w:t xml:space="preserve"> 物业管理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物业管理国际标准与质量认证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06569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物业设备管理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城市环境保护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B020229</w:t>
              <w:br/>
              <w:t xml:space="preserve"> 物流管理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企业物流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仓储技术和库存理论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物流系统工程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供应链与企业物流管理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物流规划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供应链物流学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B020230</w:t>
              <w:br/>
              <w:t xml:space="preserve"> 公共事业管理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劳动和社会保障概论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B020235</w:t>
              <w:br/>
              <w:t xml:space="preserve"> 国际旅游管理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旅行社经营与管理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旅游文化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中国旅游文学作品选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B020236</w:t>
              <w:br/>
              <w:t xml:space="preserve"> 会计电算化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面向对象数据库技术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B020256</w:t>
              <w:br/>
              <w:t xml:space="preserve"> 项目管理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项目采购管理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项目管理案例分析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项目范围管理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项目成本管理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B020277</w:t>
              <w:br/>
              <w:t xml:space="preserve"> 环境保护与管理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环境工程导论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环境微生物学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大气污染控制技术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固体废物管理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B020279</w:t>
              <w:br/>
              <w:t xml:space="preserve"> 工程管理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工程招标与合同管理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建筑法规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工程经济学与项目融资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工程造价确定与控制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B020282</w:t>
              <w:br/>
              <w:t xml:space="preserve"> 采购与供应管理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采购环境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采购与供应谈判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采购战术与运营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采购与供应关系管理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采购绩效管理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运作管理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采购法务与合同管理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B020309</w:t>
              <w:br/>
              <w:t xml:space="preserve"> 现代企业管理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客户服务管理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07114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现代物流学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团队管理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B020314</w:t>
              <w:br/>
              <w:t xml:space="preserve"> 销售管理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B030117</w:t>
              <w:br/>
              <w:t xml:space="preserve"> 法律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票据法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B030203</w:t>
              <w:br/>
              <w:t xml:space="preserve"> 社会工作与管理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西方社会学理论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绩效管理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B030302</w:t>
              <w:br/>
              <w:t xml:space="preserve"> 行政管理学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西方政治制度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行政组织理论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公务员制度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中国行政史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西方行政学说史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B040102</w:t>
              <w:br/>
              <w:t xml:space="preserve"> 学前教育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学前特殊儿童教育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学前比较教育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美育基础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B040107</w:t>
              <w:br/>
              <w:t xml:space="preserve"> 教育管理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中外教育管理史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教育评估和督导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教育预测与规划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现代学校人力资源管理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中小学教育管理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教育财政学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B040108</w:t>
              <w:br/>
              <w:t xml:space="preserve"> 教育学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现代教育技术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心理卫生与心理辅导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中外教育简史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德育原理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语文教育学导论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B040110</w:t>
              <w:br/>
              <w:t xml:space="preserve"> 心理健康教育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心理测量与评估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心理的生物学基础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心理咨询与辅导(一)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职业辅导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团体咨询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心理与教育统计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心理治疗(一)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变态心理学(一)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B040302</w:t>
              <w:br/>
              <w:t xml:space="preserve"> 体育教育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B050113</w:t>
              <w:br/>
              <w:t xml:space="preserve"> 汉语言文学教育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唐诗宋词研究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中国近代文学史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B050206</w:t>
              <w:br/>
              <w:t xml:space="preserve"> 英语教育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06422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英美报刊选读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翻译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英语论文写作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英国文学选读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外语教学心理学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B050218</w:t>
              <w:br/>
              <w:t xml:space="preserve"> 商务英语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商务英语翻译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B050302</w:t>
              <w:br/>
              <w:t xml:space="preserve"> 广告学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平面广告设计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B050309</w:t>
              <w:br/>
              <w:t xml:space="preserve"> 公共关系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公共关系口才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企业文化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现代谈判学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公共关系案例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现代媒体总论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国际公共关系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广告运作策略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创新思维理论与方法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B050311</w:t>
              <w:br/>
              <w:t xml:space="preserve"> 广播电视编导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电视节目导播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电视画面编辑基础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广播新闻节目创作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B050408</w:t>
              <w:br/>
              <w:t xml:space="preserve"> 音乐教育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和声学(二)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外国音乐史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歌曲作法(二)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音乐作品欣赏(二)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B050410</w:t>
              <w:br/>
              <w:t xml:space="preserve"> 美术教育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美术鉴赏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中国画论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B050418</w:t>
              <w:br/>
              <w:t xml:space="preserve"> 数字媒体艺术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Visual Basic程序设计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B050437</w:t>
              <w:br/>
              <w:t xml:space="preserve"> 艺术设计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B050443</w:t>
              <w:br/>
              <w:t xml:space="preserve"> 服装设计与工程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服装材料学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西洋服装史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服装消费心理学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服装国际贸易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服饰流行分析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服饰文化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服装连锁店管理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服装工业工程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服装市场调查与分析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B070102</w:t>
              <w:br/>
              <w:t xml:space="preserve"> 数学教育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复变函数论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组合数学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近世代数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B080324</w:t>
              <w:br/>
              <w:t xml:space="preserve"> 机械设计制造与自动化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机械制造装备设计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计算机辅助工程软件(UG)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液压与气压传动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几何量公差与检测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机电传动与控制技术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车身工程应用数学基础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数控原理与数控技术运用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B080603</w:t>
              <w:br/>
              <w:t xml:space="preserve"> 工业自动化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电力电子技术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工业自动化仪表与过程控制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检测与转换技术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电力拖动自动控制系统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楼宇智能化技术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B080702</w:t>
              <w:br/>
              <w:t xml:space="preserve"> 计算机及应用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计算机系统结构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离散数学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B080709</w:t>
              <w:br/>
              <w:t xml:space="preserve"> 计算机网络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计算机网络安全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B080787</w:t>
              <w:br/>
              <w:t xml:space="preserve"> 移动商务技术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B080789</w:t>
              <w:br/>
              <w:t xml:space="preserve"> 嵌入式技术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传感器与检测技术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ARM体系结构与编程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嵌入式系统设计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B080806</w:t>
              <w:br/>
              <w:t xml:space="preserve"> 建筑工程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建筑工程概论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房屋建筑学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物理(工)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流体力学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钢结构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混凝土结构设计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工程地质及土力学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建筑经济与企业管理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建筑结构试验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建筑施工(二)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B081205</w:t>
              <w:br/>
              <w:t xml:space="preserve"> 化学工程与工艺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有机化学（二）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无机及分析化学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化工原理（二）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化学品安全管理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04884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化工技术经济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环境工程导论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化学反应工程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石油储运概论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石油化工工艺学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化工产品检测技术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高分子化工基础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B081311</w:t>
              <w:br/>
              <w:t xml:space="preserve"> 营养、食品与健康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食品化学与分析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中医营养学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流行病学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微生物与食品微生物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临床营养学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实用卫生统计学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食品加工与保藏(本)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食品毒理学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健康教育与健康促进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社区营养学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新型食品概论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烹饪营养学(一)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B081726</w:t>
              <w:br/>
              <w:t xml:space="preserve"> 汽车维修与检测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机械测试技术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汽车运用工程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汽车构造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汽车安全检测技术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B082208</w:t>
              <w:br/>
              <w:t xml:space="preserve"> 计算机信息管理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运筹学基础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信息资源管理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B082218</w:t>
              <w:br/>
              <w:t xml:space="preserve"> 电子政务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B082231</w:t>
              <w:br/>
              <w:t xml:space="preserve"> 工程造价管理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项目决策分析与评价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建设工程工程量清单计价实务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B090403</w:t>
              <w:br/>
              <w:t xml:space="preserve"> 畜牧兽医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兽医微生物学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兽医药理学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生物统计附试验设计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家畜病理解剖学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兽医免疫学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08776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畜牧兽医行政管理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家畜传染病学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动物流行病学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B090624</w:t>
              <w:br/>
              <w:t xml:space="preserve"> 乡镇区域发展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农业企业管理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区域可持续发展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农业推广学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B100702</w:t>
              <w:br/>
              <w:t xml:space="preserve"> 护理学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精神障碍护理学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护理教育导论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社区护理学(一)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预防医学(二)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急救护理学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老年护理学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儿科护理学(二)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康复护理学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B100805</w:t>
              <w:br/>
              <w:t xml:space="preserve"> 药学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数理统计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药物化学(二)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物理化学(二)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有机化学(五)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药理学(四)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C030106</w:t>
              <w:br/>
              <w:t xml:space="preserve"> 法律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证据法学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C030112</w:t>
              <w:br/>
              <w:t xml:space="preserve"> 法律</w:t>
              <w:br/>
              <w:t xml:space="preserve"> （基础科段）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中国通史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C050105</w:t>
              <w:br/>
              <w:t xml:space="preserve"> 汉语言文学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民间文学概论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C050114</w:t>
              <w:br/>
              <w:t xml:space="preserve"> 汉语言文学</w:t>
              <w:br/>
              <w:t xml:space="preserve"> （基础科段）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C050125</w:t>
              <w:br/>
              <w:t xml:space="preserve"> 商务秘书〔商务管理〕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文献检索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传播与广告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商标管理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理财学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商务秘书学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C050201</w:t>
              <w:br/>
              <w:t xml:space="preserve"> 英语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英语翻译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英美文学选读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C050202</w:t>
              <w:br/>
              <w:t xml:space="preserve"> 日语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日语语言学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日语句法篇章法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C050207</w:t>
              <w:br/>
              <w:t xml:space="preserve"> 英语</w:t>
              <w:br/>
              <w:t xml:space="preserve"> （基础科段）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C050208</w:t>
              <w:br/>
              <w:t xml:space="preserve"> 日语</w:t>
              <w:br/>
              <w:t xml:space="preserve"> （基础科段）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日语综合技能(一)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C050305</w:t>
              <w:br/>
              <w:t xml:space="preserve"> 新闻学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新闻采访写作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新闻摄影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中国新闻事业史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新闻评论写作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中外新闻作品研究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报纸编辑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6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