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广东省2022年10月自学考试网上报考时间及报考条件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https://eea.gd.gov.cn/dawenku/ksbk/content/post_4073547.html</w:t>
        </w:r>
      </w:hyperlink>
    </w:p>
    <w:p/>
    <w:p>
      <w:r>
        <w:t>一、报名报考时间</w:t>
      </w:r>
    </w:p>
    <w:p>
      <w:r>
        <w:t>新生预报名时间为8月27日10:00至30日12:00，正式报名时间为8月27日10:00至30日17:00。考生报考时间为9月1日14:00至5日17:00，缴费时间为9月2日10:00至5日17:00。</w:t>
      </w:r>
    </w:p>
    <w:p>
      <w:r>
        <w:t>二、报名条件</w:t>
      </w:r>
    </w:p>
    <w:p>
      <w:r>
        <w:t>凡在我省居住和工作的中华人民共和国公民，不受性别、年龄、民族、种族和已受教育程度的限制，均可参加我省自学考试。港澳和台湾同胞、海外侨胞及外籍人士，也可按规定参加我省自学考试。</w:t>
      </w:r>
    </w:p>
    <w:p>
      <w:r>
        <w:t>相关文件：广东省2022年10月自学考试网上报考须知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广东省2022年10月自学考试网上报考须知</w:t>
        </w:r>
      </w:hyperlink>
    </w:p>
    <w:p>
      <w:r>
        <w:t>https://eea.gd.gov.cn/tzgg/content/post_3989988.html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073547.html" TargetMode="External"/><Relationship Id="rId11" Type="http://schemas.openxmlformats.org/officeDocument/2006/relationships/hyperlink" Target="https://eea.gd.gov.cn/tzgg/content/post_39899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