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广东省2022年普通高考本科批次投档情况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https://eea.gd.gov.cn/zwgk/sjfb/tjsj/content/post_3975483.html</w:t>
        </w:r>
      </w:hyperlink>
    </w:p>
    <w:p/>
    <w:p>
      <w:r>
        <w:t>详情见附件。</w:t>
      </w:r>
    </w:p>
    <w:p>
      <w:r>
        <w:t>附件：</w:t>
      </w:r>
    </w:p>
    <w:p>
      <w:r>
        <w:t>1.广东省2022年本科普通类（历史）投档情况</w:t>
      </w:r>
    </w:p>
    <w:p>
      <w:r>
        <w:t>2.广东省2022年本科普通类（物理）投档情况</w:t>
      </w:r>
    </w:p>
    <w:p>
      <w:r>
        <w:t>3.广东省2022年本科美术类统考投档情况</w:t>
      </w:r>
    </w:p>
    <w:p>
      <w:r>
        <w:t>4.广东省2022年本科音乐类统考投档情况</w:t>
      </w:r>
    </w:p>
    <w:p>
      <w:r>
        <w:t>5.广东省2022年本科体育类投档情况</w:t>
      </w:r>
    </w:p>
    <w:p>
      <w:r>
        <w:t>6.广东省2022年本科舞蹈类统考投档情况</w:t>
      </w:r>
    </w:p>
    <w:p>
      <w:r>
        <w:t>7.广东省2022年本科书法类统考投档情况</w:t>
      </w:r>
    </w:p>
    <w:p>
      <w:r>
        <w:t>8.广东省2022年本科广播电视编导类统考投档情况</w:t>
      </w:r>
    </w:p>
    <w:p>
      <w:r>
        <w:t>9.广东省2022年本科播音与主持类校际联考投档情况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广东省2022年本科普通类（历史）投档情况</w:t>
        </w:r>
      </w:hyperlink>
    </w:p>
    <w:p>
      <w:r>
        <w:rPr>
          <w:sz w:val="16"/>
        </w:rPr>
        <w:t>https://eea.gd.gov.cn/attachment/0/494/494062/3975483.pdf</w:t>
      </w:r>
    </w:p>
    <w:p>
      <w:hyperlink r:id="rId12">
        <w:r>
          <w:rPr>
            <w:color w:val="18548A"/>
          </w:rPr>
          <w:t>广东省2022年本科普通类（物理）投档情况</w:t>
        </w:r>
      </w:hyperlink>
    </w:p>
    <w:p>
      <w:r>
        <w:rPr>
          <w:sz w:val="16"/>
        </w:rPr>
        <w:t>https://eea.gd.gov.cn/attachment/0/494/494060/3975483.pdf</w:t>
      </w:r>
    </w:p>
    <w:p>
      <w:hyperlink r:id="rId13">
        <w:r>
          <w:rPr>
            <w:color w:val="18548A"/>
          </w:rPr>
          <w:t>广东省2022年本科美术类统考投档情况</w:t>
        </w:r>
      </w:hyperlink>
    </w:p>
    <w:p>
      <w:r>
        <w:rPr>
          <w:sz w:val="16"/>
        </w:rPr>
        <w:t>https://eea.gd.gov.cn/attachment/0/494/494063/3975483.pdf</w:t>
      </w:r>
    </w:p>
    <w:p>
      <w:hyperlink r:id="rId14">
        <w:r>
          <w:rPr>
            <w:color w:val="18548A"/>
          </w:rPr>
          <w:t>广东省2022年本科音乐类统考投档情况</w:t>
        </w:r>
      </w:hyperlink>
    </w:p>
    <w:p>
      <w:r>
        <w:rPr>
          <w:sz w:val="16"/>
        </w:rPr>
        <w:t>https://eea.gd.gov.cn/attachment/0/494/494061/3975483.pdf</w:t>
      </w:r>
    </w:p>
    <w:p>
      <w:hyperlink r:id="rId15">
        <w:r>
          <w:rPr>
            <w:color w:val="18548A"/>
          </w:rPr>
          <w:t>广东省2022年本科体育类投档情况</w:t>
        </w:r>
      </w:hyperlink>
    </w:p>
    <w:p>
      <w:r>
        <w:rPr>
          <w:sz w:val="16"/>
        </w:rPr>
        <w:t>https://eea.gd.gov.cn/attachment/0/494/494059/3975483.pdf</w:t>
      </w:r>
    </w:p>
    <w:p>
      <w:hyperlink r:id="rId16">
        <w:r>
          <w:rPr>
            <w:color w:val="18548A"/>
          </w:rPr>
          <w:t>广东省2022年本科舞蹈类统考投档情况</w:t>
        </w:r>
      </w:hyperlink>
    </w:p>
    <w:p>
      <w:r>
        <w:rPr>
          <w:sz w:val="16"/>
        </w:rPr>
        <w:t>https://eea.gd.gov.cn/attachment/0/494/494058/3975483.pdf</w:t>
      </w:r>
    </w:p>
    <w:p>
      <w:hyperlink r:id="rId17">
        <w:r>
          <w:rPr>
            <w:color w:val="18548A"/>
          </w:rPr>
          <w:t>广东省2022年本科书法类统考投档情况</w:t>
        </w:r>
      </w:hyperlink>
    </w:p>
    <w:p>
      <w:r>
        <w:rPr>
          <w:sz w:val="16"/>
        </w:rPr>
        <w:t>https://eea.gd.gov.cn/attachment/0/494/494057/3975483.pdf</w:t>
      </w:r>
    </w:p>
    <w:p>
      <w:hyperlink r:id="rId18">
        <w:r>
          <w:rPr>
            <w:color w:val="18548A"/>
          </w:rPr>
          <w:t>广东省2022年本科广播电视编导类统考投档情况</w:t>
        </w:r>
      </w:hyperlink>
    </w:p>
    <w:p>
      <w:r>
        <w:rPr>
          <w:sz w:val="16"/>
        </w:rPr>
        <w:t>https://eea.gd.gov.cn/attachment/0/494/494056/3975483.pdf</w:t>
      </w:r>
    </w:p>
    <w:p>
      <w:hyperlink r:id="rId19">
        <w:r>
          <w:rPr>
            <w:color w:val="18548A"/>
          </w:rPr>
          <w:t>广东省2022年本科播音与主持类校际联考投档情况</w:t>
        </w:r>
      </w:hyperlink>
    </w:p>
    <w:p>
      <w:r>
        <w:rPr>
          <w:sz w:val="16"/>
        </w:rPr>
        <w:t>https://eea.gd.gov.cn/attachment/0/494/494055/3975483.pdf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75483.html" TargetMode="External"/><Relationship Id="rId11" Type="http://schemas.openxmlformats.org/officeDocument/2006/relationships/hyperlink" Target="https://eea.gd.gov.cn/attachment/0/494/494062/3975483.pdf" TargetMode="External"/><Relationship Id="rId12" Type="http://schemas.openxmlformats.org/officeDocument/2006/relationships/hyperlink" Target="https://eea.gd.gov.cn/attachment/0/494/494060/3975483.pdf" TargetMode="External"/><Relationship Id="rId13" Type="http://schemas.openxmlformats.org/officeDocument/2006/relationships/hyperlink" Target="https://eea.gd.gov.cn/attachment/0/494/494063/3975483.pdf" TargetMode="External"/><Relationship Id="rId14" Type="http://schemas.openxmlformats.org/officeDocument/2006/relationships/hyperlink" Target="https://eea.gd.gov.cn/attachment/0/494/494061/3975483.pdf" TargetMode="External"/><Relationship Id="rId15" Type="http://schemas.openxmlformats.org/officeDocument/2006/relationships/hyperlink" Target="https://eea.gd.gov.cn/attachment/0/494/494059/3975483.pdf" TargetMode="External"/><Relationship Id="rId16" Type="http://schemas.openxmlformats.org/officeDocument/2006/relationships/hyperlink" Target="https://eea.gd.gov.cn/attachment/0/494/494058/3975483.pdf" TargetMode="External"/><Relationship Id="rId17" Type="http://schemas.openxmlformats.org/officeDocument/2006/relationships/hyperlink" Target="https://eea.gd.gov.cn/attachment/0/494/494057/3975483.pdf" TargetMode="External"/><Relationship Id="rId18" Type="http://schemas.openxmlformats.org/officeDocument/2006/relationships/hyperlink" Target="https://eea.gd.gov.cn/attachment/0/494/494056/3975483.pdf" TargetMode="External"/><Relationship Id="rId19" Type="http://schemas.openxmlformats.org/officeDocument/2006/relationships/hyperlink" Target="https://eea.gd.gov.cn/attachment/0/494/494055/397548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