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电子身份证可以参加考试吗？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https://eea.gd.gov.cn/dawenku/qtwt/content/post_4775563.html</w:t>
        </w:r>
      </w:hyperlink>
    </w:p>
    <w:p/>
    <w:p>
      <w:r>
        <w:t>不可以，电子身份证的载体是手机，考生进入考场后，监考员将对考生证件进行再次核实，而手机不可携带进入考场，否则视为违纪。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7755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