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4f99bcbe6dd412d015342053205a12af14928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4f99bcbe6dd412d015342053205a12af14928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