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https://szeb.sz.gov.cn/szzkw/zkcx/zxks/zkzy/bkcc/content/post_8949065.html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182faa26951febb3fcabedaec518c72e458b2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182faa26951febb3fcabedaec518c72e458b2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6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