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2c6c945815a532f67496f683b82770e9d5a64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2c6c945815a532f67496f683b82770e9d5a64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