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2025年研考广东首日顺利开考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https://eea.gd.gov.cn/yjsks/content/post_4637281.html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https://eea.gd.gov.cn/news/content/post_4637280.html</w:t>
        </w:r>
      </w:hyperlink>
    </w:p>
    <w:p/>
    <w:p>
      <w:r>
        <w:t>2024年12月21日，2025年全国硕士研究生招生考试（初试）首日顺利进行了思想政治理论/管理类综合能力、外国语科目考试，全省考试秩序良好。全省考生规模21.26万人，共设考点145个（其中高校考点45个、中学考点100个）、考场7279个，考试工作人员2万余人。</w:t>
      </w:r>
    </w:p>
    <w:p>
      <w:r>
        <w:t>按照教育部统一部署，今年广东所有考点实行网上巡考和现场巡考全覆盖，以及试卷保密室实时智能巡查全覆盖。厅际联席会议单位全程联合值班，确保考试安全顺利实施。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637281.html" TargetMode="External"/><Relationship Id="rId11" Type="http://schemas.openxmlformats.org/officeDocument/2006/relationships/hyperlink" Target="https://eea.gd.gov.cn/news/content/post_46372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