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深圳市2024年春季高校招生现场咨询会邀请函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2024-03-05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https://szeb.sz.gov.cn/szzkw/zkgg/gkxx/content/post_11175139.html</w:t>
        </w:r>
      </w:hyperlink>
    </w:p>
    <w:p/>
    <w:p>
      <w:r>
        <w:t>各有关高校：</w:t>
      </w:r>
    </w:p>
    <w:p>
      <w:r>
        <w:t>为更好地帮助广大考生了解2024年春季高校招生信息，帮助考生科学填报志愿, 提高填报志愿的合理性，掌握填报志愿的技巧，架起高校与考生之间沟通的桥梁。我市将举办“深圳市2024年春季高校招生现场咨询会”，诚邀在粤招生的普通高等院校参加。有关事项说明如下：</w:t>
      </w:r>
    </w:p>
    <w:p>
      <w:r>
        <w:t>一、举办单位</w:t>
      </w:r>
    </w:p>
    <w:p>
      <w:r>
        <w:t>主办单位：深圳市人力资本（集团）有限公司</w:t>
      </w:r>
    </w:p>
    <w:p>
      <w:r>
        <w:t>承办单位：深圳市鹏程人力资源配置有限公司</w:t>
      </w:r>
    </w:p>
    <w:p>
      <w:r>
        <w:t>指导单位：深圳市招生考试办公室</w:t>
      </w:r>
    </w:p>
    <w:p>
      <w:r>
        <w:t>二、举办时间、地点</w:t>
      </w:r>
    </w:p>
    <w:p>
      <w:r>
        <w:t>时间：2024年3月12日（星期二）9:00 - 15:00</w:t>
      </w:r>
    </w:p>
    <w:p>
      <w:r>
        <w:t>地点：广东新安职业技术学院南区（广东省深圳市南山区桃源街道沙河东路259号）</w:t>
      </w:r>
    </w:p>
    <w:p>
      <w:r>
        <w:t>三、举办方式</w:t>
      </w:r>
    </w:p>
    <w:p>
      <w:r>
        <w:t>1、现场咨询：参展院校派出招生工作人员，进入预定展位，接受考生、家长面对面的咨询，以及派发宣传资料。咨询内容主要为招生政策、招生计划、专业特色、就业前景以及往年录取情况等。参展院校招生工作人员现场为考生填报志愿提供咨询服务，为考生选择适合自己的学校和专业提供帮助和指导。</w:t>
      </w:r>
    </w:p>
    <w:p>
      <w:r>
        <w:t>2、高校宣讲：现场开辟专属宣讲区域，院校根据自身宣讲需要选择，每所院校宣讲时间控制在15-20分钟。</w:t>
      </w:r>
    </w:p>
    <w:p>
      <w:r>
        <w:t>3、院校风采集中展示：院校自愿并提供材料，由承办单位统一制作宣传高校特色、优势、招生规定等内容的展板，集中展示。</w:t>
      </w:r>
    </w:p>
    <w:p>
      <w:r>
        <w:t>四、参展单位</w:t>
      </w:r>
    </w:p>
    <w:p>
      <w:r>
        <w:t>经教育部批准今年在广东省有招生计划的高校。</w:t>
      </w:r>
    </w:p>
    <w:p>
      <w:r>
        <w:t>五、联系方式</w:t>
      </w:r>
    </w:p>
    <w:p>
      <w:r>
        <w:t>深圳市鹏程人力资源配置有限公司</w:t>
      </w:r>
    </w:p>
    <w:p>
      <w:r>
        <w:t>地　 址：深圳市罗湖区梨园路6号物资置地大厦17-11</w:t>
      </w:r>
    </w:p>
    <w:p>
      <w:r>
        <w:t>电   话：0755-82137011</w:t>
      </w:r>
    </w:p>
    <w:p>
      <w:r>
        <w:t>传   真：0755-82139892</w:t>
      </w:r>
    </w:p>
    <w:p>
      <w:r>
        <w:t>邮   箱：877241585@qq.com</w:t>
      </w:r>
    </w:p>
    <w:p>
      <w:r>
        <w:t>来源：深圳市鹏程人力资源配置有限公司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1117513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