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招办安全专项服务中标公告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https://szeb.sz.gov.cn/szzkw/qtxx/content/post_12900869.html</w:t>
        </w:r>
      </w:hyperlink>
    </w:p>
    <w:p/>
    <w:p>
      <w:r>
        <w:t>一、项目编号：LDZX26-LHG60030</w:t>
      </w:r>
    </w:p>
    <w:p>
      <w:r>
        <w:t>二、项目名称：招办安全专项服务</w:t>
      </w:r>
    </w:p>
    <w:p>
      <w:r>
        <w:t>三、投标供应商名称及报价：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投标供应商名称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投标报价（元）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深圳市华瑞系统科技有限公司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830000.00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赛尔网络有限公司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828000.00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深圳市丰泽信息服务有限公司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811350.00</w:t>
            </w:r>
          </w:p>
        </w:tc>
      </w:tr>
    </w:tbl>
    <w:p/>
    <w:p>
      <w:r>
        <w:t>四、候选中标供应商名单：</w:t>
      </w:r>
    </w:p>
    <w:p>
      <w:r>
        <w:t>赛尔网络有限公司</w:t>
      </w:r>
    </w:p>
    <w:p>
      <w:r>
        <w:t>深圳市丰泽信息服务有限公司</w:t>
      </w:r>
    </w:p>
    <w:p>
      <w:r>
        <w:t>深圳市华瑞系统科技有限公司</w:t>
      </w:r>
    </w:p>
    <w:p>
      <w:r>
        <w:t>五、中标（成交）信息</w:t>
      </w:r>
    </w:p>
    <w:p>
      <w:r>
        <w:t>供应商名称：赛尔网络有限公司</w:t>
      </w:r>
    </w:p>
    <w:p>
      <w:r>
        <w:t>供应商地址：北京市海淀区中关村东路1号院清华科技园8号楼B座赛尔大厦</w:t>
      </w:r>
    </w:p>
    <w:p>
      <w:r>
        <w:t>中标价格：人民币捌拾贰万捌仟元整（¥828,000.00）</w:t>
      </w:r>
    </w:p>
    <w:p>
      <w:r>
        <w:t>六、主要标的信息：详见投标文件。</w:t>
      </w:r>
    </w:p>
    <w:p>
      <w:r>
        <w:t>七、评审委员会成员名单及打分明细：</w:t>
      </w:r>
    </w:p>
    <w:p>
      <w:r>
        <w:t>1.冯艳、顾梅、何烈纯、温晓军、林子凌</w:t>
      </w:r>
    </w:p>
    <w:p>
      <w:r>
        <w:t>2.打分明细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投标单位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是否通过资格性及符合性审查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技术商务得分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价格</w:t>
              <w:br/>
              <w:t>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</w:t>
              <w:br/>
              <w:t>得分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排名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深圳市华瑞系统科技有限公司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是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40.72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9.78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50.50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赛尔网络有限公司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是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84.72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8.82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93.54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深圳市丰泽信息服务有限公司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是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41.92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51.92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</w:tbl>
    <w:p/>
    <w:p>
      <w:r>
        <w:t>八、代理服务收费标准及金额：</w:t>
      </w:r>
    </w:p>
    <w:p>
      <w:r>
        <w:t>根据招标文件约定，本项目招标代理服务费为人民币壹万贰仟肆佰贰拾元整（¥12,420.00），由中标供应商支付。</w:t>
      </w:r>
    </w:p>
    <w:p>
      <w:r>
        <w:t>九、公示期限</w:t>
      </w:r>
    </w:p>
    <w:p>
      <w:r>
        <w:t>2026年07月20日至2026年07月23日</w:t>
      </w:r>
    </w:p>
    <w:p>
      <w:r>
        <w:t>十、其他补充信息</w:t>
      </w:r>
    </w:p>
    <w:p>
      <w:r>
        <w:t>相关投标供应商如需查询资格文件请到代理现场。</w:t>
      </w:r>
    </w:p>
    <w:p>
      <w:r>
        <w:t>十一、凡对本次公示内容提出询问，请按以下方式联系。</w:t>
      </w:r>
    </w:p>
    <w:p>
      <w:r>
        <w:t>1.采购人信息</w:t>
      </w:r>
    </w:p>
    <w:p>
      <w:r>
        <w:t>名    称：深圳市招生考试办公室</w:t>
      </w:r>
    </w:p>
    <w:p>
      <w:r>
        <w:t>地    址：深圳市罗湖区泥岗西路1068号</w:t>
      </w:r>
    </w:p>
    <w:p>
      <w:r>
        <w:t>联系方式：刘老师 0755-25114365</w:t>
      </w:r>
    </w:p>
    <w:p>
      <w:r>
        <w:t>2.采购代理机构信息</w:t>
      </w:r>
    </w:p>
    <w:p>
      <w:r>
        <w:t>名    称：雷达咨询（深圳）有限公司</w:t>
      </w:r>
    </w:p>
    <w:p>
      <w:r>
        <w:t>地　  址：深圳市龙华区大浪街道浪花路8号名牌时尚创意广场1210</w:t>
      </w:r>
    </w:p>
    <w:p>
      <w:r>
        <w:t>联系方式：0755-27444441</w:t>
      </w:r>
    </w:p>
    <w:p>
      <w:r>
        <w:t>3.项目联系方式</w:t>
      </w:r>
    </w:p>
    <w:p>
      <w:r>
        <w:t>项目联系人： 田工</w:t>
      </w:r>
    </w:p>
    <w:p>
      <w:r>
        <w:t>电　  话：　0755-27444441</w:t>
      </w:r>
    </w:p>
    <w:p>
      <w:r>
        <w:t>深圳市招生考试办公室</w:t>
      </w:r>
    </w:p>
    <w:p>
      <w:r>
        <w:t>2026年07月20日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29008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