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2023年上半年全国中小学教师资格考试笔试成绩即将公布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2023-04-13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社会考试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https://eea.gd.gov.cn/shks/content/post_4153685.html</w:t>
        </w:r>
      </w:hyperlink>
    </w:p>
    <w:p/>
    <w:p>
      <w:r>
        <w:t>2023年上半年全国中小学教师资格考试笔试成绩将于4月13日19：00公布，考生可登录中小学教师资格考试网（网址：http://ntce.neea.edu.cn）查询成绩。</w:t>
      </w:r>
    </w:p>
    <w:p>
      <w:r>
        <w:t>如对成绩有异议，考生可于4月27日前，按所在考区教育考试机构规定的程序向其提出复核申请，申请须注明申请人准考证号、姓名、身份证号、需复核科目代码、网上查询到的成绩以及联系电话等。</w:t>
      </w:r>
    </w:p>
    <w:p>
      <w:r>
        <w:t>面试报名事项可查阅广东省教育厅网站（网址：http://edu.gd.gov.cn）相关通告。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shks/content/post_415368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