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2022年普通高考考前常见问题——“一问一答”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2022-05-26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https://szeb.sz.gov.cn/szzkw/zkgg/gkxx/content/post_9821269.html</w:t>
        </w:r>
      </w:hyperlink>
    </w:p>
    <w:p/>
    <w:p>
      <w:r>
        <w:t>1.针对今年的疫情形势，对考务人员和高考考生有何特别要求？</w:t>
      </w:r>
    </w:p>
    <w:p>
      <w:r>
        <w:t>全省所有考生和考务人员实行考前14天连续健康状况监测，并实行考前在深圳市内的核酸检测“3天3检”。考前3天内有发热症状的考务人员不得参与考试工作。</w:t>
      </w:r>
    </w:p>
    <w:p>
      <w:r>
        <w:t>2.居住地为低风险区，考点所在地为中高风险区，如何保障考生安全的前提下参加考试？</w:t>
      </w:r>
    </w:p>
    <w:p>
      <w:r>
        <w:t>考生居住地和考点不在同一风险等级地区的，在符合考点入场要求的前提下，立即报告报名点学校和原考点学校，由市招生办统筹安排考点参加考试。</w:t>
      </w:r>
    </w:p>
    <w:p>
      <w:r>
        <w:t>3.考生处于市内封控（管控）区内，如何参加考试？</w:t>
      </w:r>
    </w:p>
    <w:p>
      <w:r>
        <w:t>处于我市封控（管控）区内的考生，市招考办和区教育行政部门、考生报名点学校将组织专人与考生联系，采取闭环转运考生到隔离考点参加考试。</w:t>
      </w:r>
    </w:p>
    <w:p>
      <w:r>
        <w:t>4.考生目前处于市内非封控（管控）区，如考前一天划为封控（管控）区，该如何参加考试？</w:t>
      </w:r>
    </w:p>
    <w:p>
      <w:r>
        <w:t>考生所处区域突发疫情被封控（管控）的，请立即联系报名点学校，报名点学校上报有关情况后，等候市招考办统筹安排考点参加考试。</w:t>
      </w:r>
    </w:p>
    <w:p>
      <w:r>
        <w:t>5.考生处于省外、市外非封控（管控）区，如何参加考试？</w:t>
      </w:r>
    </w:p>
    <w:p>
      <w:r>
        <w:t>考生非封控隔离情况，需提前14天返回深圳，实行考前14天连续健康状况监测，并实行考前核酸检测“3天3检”。</w:t>
      </w:r>
    </w:p>
    <w:p>
      <w:r>
        <w:t>6.考生处于省外因疫情无法返深，如何参加考试？</w:t>
      </w:r>
    </w:p>
    <w:p>
      <w:r>
        <w:t>考生考前处在省外封控（管控）区的，请立即联系报名点学校，由市招考办上报省教育考试院后，等候省教育考试院统筹安排。</w:t>
      </w:r>
    </w:p>
    <w:p>
      <w:r>
        <w:t>7.如果考试前被定为确诊或无症状感染病例，还能参加高考吗？</w:t>
      </w:r>
    </w:p>
    <w:p>
      <w:r>
        <w:t>经医务人员评估可以参加考试的，考生可参加考试，考试地点安排在定点的医疗救治场所。</w:t>
      </w:r>
    </w:p>
    <w:p>
      <w:r>
        <w:t>8.密接、次密接、集中隔离等粤康码红码考生，如何参加考试？</w:t>
      </w:r>
    </w:p>
    <w:p>
      <w:r>
        <w:t>密接、次密接考生，以及集中隔离的考生安排在所在隔离点考试,请考生及时联系报名点学校，报名点学校上报有关情况后，等候市招考办统筹安排考点参加考试。</w:t>
      </w:r>
    </w:p>
    <w:p>
      <w:r>
        <w:t>9.考前粤康码变为黄码，如何参加考试？</w:t>
      </w:r>
    </w:p>
    <w:p>
      <w:r>
        <w:t>考试当天入场检查时发现粤康码为黄码的考生，由考点防疫工作人员研判后认定为可以参加考试的，出示考前“3天3检”核酸检测记录及首场考试前24小时内核酸检测阴性证明后，方可在原考点备用隔离考场进行考试。</w:t>
      </w:r>
    </w:p>
    <w:p>
      <w:r>
        <w:t>10.考试当天入场有发热、咳嗽症状的考生，如何参加考试？</w:t>
      </w:r>
    </w:p>
    <w:p>
      <w:r>
        <w:t>考试当天有发热、咳嗽症状的考生，应在入场检查前主动报备报名点学校及入场检查人员，由考点防疫工作人员研判后认定为可以参加考试的，在备用隔离考场安排考试。</w:t>
      </w:r>
    </w:p>
    <w:p>
      <w:r>
        <w:t>11.考前防疫有什么最新要求？</w:t>
      </w:r>
    </w:p>
    <w:p>
      <w:r>
        <w:t>考生于5月24日前返回深圳，期间不得离深。做好考前14天健康监测上报并实行考前在深圳市内核酸“3天3检”的防疫要求。（核酸检测时间精确到日，考生可持采样时间为6月4日、5日和6日的核酸检测阴性证明参加考试）</w:t>
      </w:r>
    </w:p>
    <w:p>
      <w:r>
        <w:t>12.考前24小时内核酸检测阴性证明是否只限首场考试？</w:t>
      </w:r>
    </w:p>
    <w:p>
      <w:r>
        <w:t>是。根据深圳市考务相关防疫规定，考生实行考前在深圳市内核酸检测“3天3检”。考生凭考前核酸检测记录、考前24小时内（以6月7日开考第一科计算）核酸检测阴性证明参加考试。考生应尽量在考前一天上午完成核酸检测，避免因核酸检测证明未出而耽误考试。</w:t>
      </w:r>
    </w:p>
    <w:p>
      <w:r>
        <w:t>13.低风险地区的考生能满足“3天3检”的话，能否不按照14天返深？</w:t>
      </w:r>
    </w:p>
    <w:p>
      <w:r>
        <w:t>不能，在严格遵守防疫要求的前提下，须于5月24日前（高考前14天）返回深圳市，请考生做好返深准备，合理安排返深时间。</w:t>
      </w:r>
    </w:p>
    <w:p>
      <w:r>
        <w:t>14.考试前一天出现体温异常情况，能否正常考试？</w:t>
      </w:r>
    </w:p>
    <w:p>
      <w:r>
        <w:t>考前一天发现体温异常的考生，应立即与报名点学校联系，并前往医院就医。经医院诊断无碍，考生在考前接受入场体温检测时，体温&lt;37.3℃，出示考前在深圳市内核酸检测“3天3检”记录及考前24小时内核酸检测阴性证明（以6月7日开考第一科计算），方可在备用考场参加考试，考生体温≥37.3℃的，由考点防疫工作人员研判后认定为可以参加考试的，安排在备用隔离考场考试。</w:t>
      </w:r>
    </w:p>
    <w:p>
      <w:r>
        <w:t>15.考生在考试过程中出现身体异常状况，如何处理？</w:t>
      </w:r>
    </w:p>
    <w:p>
      <w:r>
        <w:t>考试期间，考生如有身体不适，请立即报告监考员老师，考点均配备医疗卫生专业人员，经初步进行身体检查，无碍即可继续进行考试；如发现有新冠肺炎可疑症状者，先由考点医疗卫生专业人员进行研判，具备继续完成考试条件的，安排在备用隔离考场进行考试；如发现新冠肺炎疑似病例时，相关考生应就地隔离，其他考生有序撤离并做好登记，协助疾控机构做好密接者判定及实施隔离措施。</w:t>
      </w:r>
    </w:p>
    <w:p>
      <w:r>
        <w:t>16.考生在考试过程中出现可疑症状，耽误考试时间了怎么办？</w:t>
      </w:r>
    </w:p>
    <w:p>
      <w:r>
        <w:t>考试期间，如考生是可疑症状者，由医疗卫生专业人员进行个案研判，具备继续完成考试条件的考生，须转移至备用隔离考场考试。考生从普通考场转移至备用隔离考场因防疫人员研判所耽误的时间，考点逐级报请考试部门批准后予以补齐。</w:t>
      </w:r>
    </w:p>
    <w:p>
      <w:r>
        <w:t>17.行程卡带星号，能否参加考试？</w:t>
      </w:r>
    </w:p>
    <w:p>
      <w:r>
        <w:t>可以。考生需实行考前14天连续健康状况监测，并提供考前深圳市内“3天3检”核酸检测记录、考前24小时内核酸检阴性证明。</w:t>
      </w:r>
    </w:p>
    <w:p>
      <w:r>
        <w:t>18.6月4日、6月5日、6月6日都完成了核酸采样，但是7日进场时核酸检测结果未出怎么办？</w:t>
      </w:r>
    </w:p>
    <w:p>
      <w:r>
        <w:t>提供48小时阴性证明和24小时内核酸采样记录。考生应尽量在考前一天上午完成核酸检测，避免影响入场时间，耽误考试。</w:t>
      </w:r>
    </w:p>
    <w:p>
      <w:r>
        <w:t>19.健康上报漏申报1天是否需要继续申报？</w:t>
      </w:r>
    </w:p>
    <w:p>
      <w:r>
        <w:t>需要。</w:t>
      </w:r>
    </w:p>
    <w:p>
      <w:r>
        <w:t>20.已治愈未超过14天的病例应如何参加考试？</w:t>
      </w:r>
    </w:p>
    <w:p>
      <w:r>
        <w:t>须经卫生健康部门、医疗机构和疾控机构等进行专业评估，教育行政部门、招生考试机构依据评估建议，综合研判其是否可以正常参加考试。</w:t>
      </w:r>
    </w:p>
    <w:p>
      <w:r>
        <w:t>21.如何查询深圳市便民核酸采样点？</w:t>
      </w:r>
    </w:p>
    <w:p>
      <w:r>
        <w:t>考生可关注微信“深圳卫健委公众号”--“便民服务”-“核酸检测”-“便民核酸采样点”，选择就近街道即可实时查询采样点位置及状态，考生需携带手机，凭借场所码“绿码”及“粤核酸码”入场检测即可。</w:t>
      </w:r>
    </w:p>
    <w:p>
      <w:r>
        <w:t>22.从外地返深是否需要隔离？</w:t>
      </w:r>
    </w:p>
    <w:p>
      <w:r>
        <w:t>可登录“国务院客户端”小程序，点击首页“各地防控政策”栏目查询最新的“进入深圳”政策。也可拨打我市24小时疫情服务热线0755-12345转8咨询相关返深政策。</w:t>
      </w:r>
    </w:p>
    <w:p>
      <w:r>
        <w:t>23.进入考场后是否还需要佩戴口罩？</w:t>
      </w:r>
    </w:p>
    <w:p>
      <w:r>
        <w:t>考生入场身份核验时须摘除口罩。低风险地区的考生在进入考场就座后，原则上考生应全程佩戴口罩；备用隔离考场和中高风险地区的考生要全程佩戴口罩。</w:t>
      </w:r>
    </w:p>
    <w:p>
      <w:r>
        <w:t>可使用一次性医用口罩或医用外科口罩，不符合防疫规定的带呼吸阀口罩及一般性装饰口罩不得使用。</w:t>
      </w:r>
    </w:p>
    <w:p>
      <w:r>
        <w:t>24.考试当天没有携带健康信息申报表，凭通信大数据行程卡可以进场考试吗？</w:t>
      </w:r>
    </w:p>
    <w:p>
      <w:r>
        <w:t>考生除携带准考证和有效身份证件外，可在考点入口现场填写完整的纸质《健康信息申报表》，仅显示“深圳市”的通信大数据行程卡“绿卡”、粤康码“绿码”和“3天3检”深圳市内核酸检测阴性证明等疫情排查材料，方可允许进入考点、考场。</w:t>
      </w:r>
    </w:p>
    <w:p>
      <w:r>
        <w:t>25.入场资料可以提供纸质版吗？</w:t>
      </w:r>
    </w:p>
    <w:p>
      <w:r>
        <w:t>可以，提供纸质或电子版均可。入场资料要求：纸质健康信息申报表，纸质或手机小程序出示核酸检测阴性证明、粤康码、行程卡（纸质件要求能显示考生个人身份信息；为避免入场拥堵，考前三天入场资料请按要求提前汇总提供给报名点学校）</w:t>
      </w:r>
    </w:p>
    <w:p>
      <w:r>
        <w:t>26.考生身份证遗失能否出示其他证件参加考试？</w:t>
      </w:r>
    </w:p>
    <w:p>
      <w:r>
        <w:t>封控（管控）区内考生，请出示粤省事显示的电子身份证，同时出具能证明身份的其他证件（如户口本、驾驶证、居住证等）参加考试；其他考生，请携带公安机关颁发的临时身份证参加考试。</w:t>
      </w:r>
    </w:p>
    <w:p>
      <w:r>
        <w:t>27.考试路上出现堵车、事故、坏车等紧急情况，害怕错过进场考试时间，该如何寻求帮助？</w:t>
      </w:r>
    </w:p>
    <w:p>
      <w:r>
        <w:t>交警部门设置高考护航专席，24小时高考服务热线（83333333），优先接听受理涉及考生及家长的紧急求助。</w:t>
      </w:r>
    </w:p>
    <w:p>
      <w:r>
        <w:t>28.听说有交警铁骑护送考生到考点参加考试，并未携带手机等通讯设备，该怎么联系交警?</w:t>
      </w:r>
    </w:p>
    <w:p>
      <w:r>
        <w:t>考生应当做好提前出门的准备，要尽量预留足够的时间以免耽误考试，若遇到紧急情况，在保证自身安全，不阻碍交通的前提下，向道路执勤的交警铁骑寻求帮助。</w:t>
      </w:r>
    </w:p>
    <w:p>
      <w:r>
        <w:t>29.忘记带准考证了，能仅凭身份证件进场吗？</w:t>
      </w:r>
    </w:p>
    <w:p>
      <w:r>
        <w:t>不能，根据广东省普通高考考务相关要求，考生必须携带准考证和有效身份证件进入考点。如有遗失、忘记携带准考证等，考点学校已准备打印机、电脑等设备，具体考生可咨询所在考点学校协助打印。（为避免入场检查拥堵，请提前准备好相关材料，以免耽误进场）</w:t>
      </w:r>
    </w:p>
    <w:p>
      <w:r>
        <w:t>30.考试路上身份证件丢失，无法验明本人身份进入考点，该如何寻求帮助？</w:t>
      </w:r>
    </w:p>
    <w:p>
      <w:r>
        <w:t>考生可凭借准考证有关信息，应立即询问考点巡逻公安干警，到考点附近的派出所设立的高考安保便民服务岗开具身份证明材料。</w:t>
      </w:r>
    </w:p>
    <w:p>
      <w:r>
        <w:t>31.如何预约考试当天爱心送考车队？</w:t>
      </w:r>
    </w:p>
    <w:p>
      <w:r>
        <w:t>深圳市公共交通管理局、出租汽车协会联合市公安交警局及高德打车，组织开展出租汽车行业“爱心送考 温暖同行”免费送考活动。</w:t>
      </w:r>
    </w:p>
    <w:p>
      <w:r>
        <w:t>预约方式一：电话预约</w:t>
      </w:r>
    </w:p>
    <w:p>
      <w:r>
        <w:t>电话预约报名时间：6月1日上午9时起至6月5日17时止</w:t>
      </w:r>
    </w:p>
    <w:p>
      <w:r>
        <w:t>考生或家长可通过拨打 95128 ，告知具体联系人、联系电话、接送日期及时间、上下车地点等信息进行电话预约送考。</w:t>
      </w:r>
    </w:p>
    <w:p>
      <w:r>
        <w:t>预约方式二：网络预约</w:t>
      </w:r>
    </w:p>
    <w:p>
      <w:r>
        <w:t>网络预约报名时间：6月1日14时起至6月3日14时止</w:t>
      </w:r>
    </w:p>
    <w:p>
      <w:r>
        <w:t>进入高德地图APP “考生专车” 活动专题，通过爱心送考报名页面填报信息进行网络预约报名。</w:t>
      </w:r>
    </w:p>
    <w:p>
      <w:r>
        <w:t>在考试当日如考生看见出租车前挡风玻璃上贴有“爱心送考车”标志凭准考证也可以免费乘坐。</w:t>
      </w:r>
    </w:p>
    <w:p>
      <w:r>
        <w:t>另外，考生要尽量预留足够的时间，适当提前出发以免耽误考试。</w:t>
      </w:r>
    </w:p>
    <w:p>
      <w:r>
        <w:t>32.因肢体、视力等残疾，或患有糖尿病等疾病需要携带相关用具，报名时已上报报名点学校了，能直接带进考点、考场吗？</w:t>
      </w:r>
    </w:p>
    <w:p>
      <w:r>
        <w:t>普通高考报名期间，已经向报名点学校提出合理便利申请的考生，经省教育考试院批准后，由报名点学校通知相关考生。考点学校将给予相应合理便利（例如：允许携带用具、单独考场等），并协助考生进场。</w:t>
      </w:r>
    </w:p>
    <w:p>
      <w:r>
        <w:t>33.考前出现肺结核、水痘等疑似或确诊症状，还能参加考试吗？</w:t>
      </w:r>
    </w:p>
    <w:p>
      <w:r>
        <w:t>可以。考生在考前出现肺结核、水痘等传染病疑似症状，应立即就医，凭借医院出具诊断证明，报告报名点学校后，由报名点学校向考点学校提出申请，考试部门将根据考生情况批准后安排考生在备用考场参加考试。</w:t>
      </w:r>
    </w:p>
    <w:p>
      <w:r>
        <w:t>34.考试当天可以提前多久进入考场？</w:t>
      </w:r>
    </w:p>
    <w:p>
      <w:r>
        <w:t>根据深圳市考务相关防疫规定，考生可在开考前1小时进入考点。为避免入场检查拥堵，保障考生安全、按时进入考场，请考生提前到达考点，并将准备好的纸质入场资料交由工作人员检查，请勿在考点门口逗留。</w:t>
      </w:r>
    </w:p>
    <w:p>
      <w:r>
        <w:t>35.考前突发恶劣天气、洪水等自然灾害，害怕错过进场考试时间，该如何寻求帮助？</w:t>
      </w:r>
    </w:p>
    <w:p>
      <w:r>
        <w:t>考前有关气象、公安、交通等部门将联合开展极端天气应急处置，考生如需要突发事件协助，坚持安全第一，在确保自身安全的前提下，立即报告报名点学校并寻求有关交警或“爱心送考车辆”帮助。</w:t>
      </w:r>
    </w:p>
    <w:p>
      <w:r>
        <w:t>36.考点会对考场、卫生间等公共环境设施通风和消毒吗？</w:t>
      </w:r>
    </w:p>
    <w:p>
      <w:r>
        <w:t>会的。每场（半天）考试结束后，考场会开窗通风换气20～30分钟。对于考场、考生集中食宿场所等，在卫生健康部门指导下，专人负责进行环境卫生整治、消毒、通风等处理，并明确张贴完成标识。对空调通风系统、物体表面进行预防性消毒处理，教室开窗通风。</w:t>
      </w:r>
    </w:p>
    <w:p>
      <w:r>
        <w:t>37.准考证公布后能否申请修改考点？</w:t>
      </w:r>
    </w:p>
    <w:p>
      <w:r>
        <w:t>由于考场安排涉及试卷配送等事宜，考场公布后无法再修改，请广大考生理解。</w:t>
      </w:r>
    </w:p>
    <w:p>
      <w:r>
        <w:t>38.考生何时能进入考点踩点？有指示图吗？</w:t>
      </w:r>
    </w:p>
    <w:p>
      <w:r>
        <w:t>考点6月6日16:00至17:00开放，考生持准考证进入，校门口张贴考点平面图和路线图供考生参考，考生可提前准备参考路线，确保安全、准点到达。</w:t>
      </w:r>
    </w:p>
    <w:p>
      <w:r>
        <w:t>39.若考试当天因身体不适或迟到等原因，能否申请缓考？</w:t>
      </w:r>
    </w:p>
    <w:p>
      <w:r>
        <w:t>不能，高考时间由教育部统一规定，全国统一举行，不安排缓考，请考生提前准备有关资料，做好生理、心理准备，安心赴考。</w:t>
      </w:r>
    </w:p>
    <w:p>
      <w:r>
        <w:t>40.因交通堵塞、事故等个人原因未预留充足时间导致迟到15分钟，考点还没有关门，但是入场工作人员不给进了，如何参加考试？</w:t>
      </w:r>
    </w:p>
    <w:p>
      <w:r>
        <w:t>不允许进入考点参加考试。开考15分钟后（非英语科的外语科目考试开考前15分钟），禁止迟到考生进入考点参加当次科目考试，请考生要尽量预留足够的时间，适当提前出发以免耽误考试。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982126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