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关于2023年初中学业水平考试时间安排的通知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2023-01-12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考试日历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https://eea.gd.gov.cn/calendar/content/post_4080536.html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https://eea.gd.gov.cn/tzgg/content/post_4080535.html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https://eea.gd.gov.cn/zzzk/content/post_4080537.html</w:t>
        </w:r>
      </w:hyperlink>
    </w:p>
    <w:p/>
    <w:p>
      <w:r>
        <w:t>各地级以上市教育局：</w:t>
      </w:r>
    </w:p>
    <w:p>
      <w:r>
        <w:t>根据《广东省教育厅关于印发初中学业水平考试实施办法的通知》（粤教考〔2018〕12号）的要求，在充分征求各地市意见的基础上，经研究，现将2023年省统一命题地市的初中学业水平语文、数学、英语、道德与法治、历史、地理、物理、化学和生物学等科目考试时间安排如下：</w:t>
      </w:r>
    </w:p>
    <w:p>
      <w:r>
        <w:drawing>
          <wp:inline xmlns:a="http://schemas.openxmlformats.org/drawingml/2006/main" xmlns:pic="http://schemas.openxmlformats.org/drawingml/2006/picture">
            <wp:extent cx="6400800" cy="41917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937026205e9a200fcb2976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91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初中学业水平体育与健康、音乐、美术、信息技术等科目及物理、化学、生物实验操作统一考试的具体时间，由各地市根据本地实际情况确定。非省统一命题地市初中学业水平相应科目的考试时间，由相关市自行确定。</w:t>
      </w:r>
    </w:p>
    <w:p>
      <w:r>
        <w:t>请各地加强对有关考试时间安排的宣传解读，做好学生考试和升学的指导，为广大考生创造安全的考试环境，全力保障初中学业水平考试安全平稳顺利举行。</w:t>
      </w:r>
    </w:p>
    <w:p>
      <w:r>
        <w:t>广东省教育厅</w:t>
      </w:r>
    </w:p>
    <w:p>
      <w:r>
        <w:t>2023年1月11日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alendar/content/post_4080536.html" TargetMode="External"/><Relationship Id="rId11" Type="http://schemas.openxmlformats.org/officeDocument/2006/relationships/hyperlink" Target="https://eea.gd.gov.cn/tzgg/content/post_4080535.html" TargetMode="External"/><Relationship Id="rId12" Type="http://schemas.openxmlformats.org/officeDocument/2006/relationships/hyperlink" Target="https://eea.gd.gov.cn/zzzk/content/post_4080537.html" TargetMode="Externa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