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广东省2024年下半年自学考试实践性学习环节考核成绩于12月10日公布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https://eea.gd.gov.cn/news/content/post_4613254.html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https://eea.gd.gov.cn/zxks/content/post_4613047.html</w:t>
        </w:r>
      </w:hyperlink>
    </w:p>
    <w:p/>
    <w:p>
      <w:r>
        <w:t>各位考生：</w:t>
      </w:r>
    </w:p>
    <w:p>
      <w:r>
        <w:t>我省2024年下半年自学考试实践性学习环节考核（以下简称实践考核）成绩将于12月10日15时集中公布。考生可通过以下3种方式查询：</w:t>
      </w:r>
    </w:p>
    <w:p>
      <w:r>
        <w:t>一、官微查询</w:t>
      </w:r>
    </w:p>
    <w:p>
      <w:r>
        <w:t>关注广东省教育考试院官方微信公众号（ID：gdsksy），在主页面底部选择“小程序”栏，点击进入“广东省教育考试院”小程序，按照栏目指引查询实践考核成绩。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本次仅公布各主考学校于2024年11月30日前上报的实践考核成绩，已完成实践考核但未能查询到成绩的考生，请径向相关主考学校咨询。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2024年12月9日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13254.html" TargetMode="External"/><Relationship Id="rId11" Type="http://schemas.openxmlformats.org/officeDocument/2006/relationships/hyperlink" Target="https://eea.gd.gov.cn/zxks/content/post_46130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