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广东省2023年10月自学考试成绩于11月24日公布</w:t>
      </w:r>
    </w:p>
    <w:p>
      <w:r>
        <w:rPr>
          <w:sz w:val="18"/>
        </w:rPr>
        <w:t>整理归属  广东省教育考试院</w:t>
      </w:r>
    </w:p>
    <w:p>
      <w:r>
        <w:rPr>
          <w:sz w:val="18"/>
        </w:rPr>
        <w:t>发布日期  2023-11-22</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https://eea.gd.gov.cn/zxks/content/post_4288653.html</w:t>
        </w:r>
      </w:hyperlink>
    </w:p>
    <w:p/>
    <w:p>
      <w:r>
        <w:t>各位考生：</w:t>
      </w:r>
    </w:p>
    <w:p>
      <w:r>
        <w:t>广东省2023年10月自学考试已于10月28日至29日举行。现定于11月24日15时公布成绩，有关事项安排如下：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关注广东省教育考试院微信公众号（ID：gdsksy），在页面底部选择“小程序”栏，点击进入“广东省教育考试院”小程序，即可查询考试成绩。</w:t>
      </w:r>
    </w:p>
    <w:p>
      <w:r>
        <w:t>（二）百度小程序查询</w:t>
      </w:r>
    </w:p>
    <w:p>
      <w:r>
        <w:t>通过百度App搜索“广东省教育考试院”，打开“广东省教育考试院—智能小程序”，点击“考试成绩”查询成绩。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广东省自学考试委员会办公室</w:t>
      </w:r>
    </w:p>
    <w:p>
      <w:r>
        <w:t>2023年11月22日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2886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