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https://szeb.sz.gov.cn/szzkw/zkcx/zxks/zkzy/bkcc/content/post_8949132.html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b0e3cafe8ec271ca427bce2fef6f852c1dce256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b0e3cafe8ec271ca427bce2fef6f852c1dce256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3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