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2027年研究生考试网上报名的有效时间？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https://eea.gd.gov.cn/dawenku/zcwj/content/post_4962662.html</w:t>
        </w:r>
      </w:hyperlink>
    </w:p>
    <w:p/>
    <w:p>
      <w:r>
        <w:t>网上预报名时间：2026年10月9日-12日，每天9:00-22:00。网上报名时间：2026年10月15日-24日，每天9:00-22:00。两阶段的报名均为有效报名，考生无需重复填报。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9626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