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9ac611c0d42666ce17b1ad1f43f787e428e0f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9ac611c0d42666ce17b1ad1f43f787e428e0f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