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我市2021年中考提前批录取顺利结束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2021-07-24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https://szeb.sz.gov.cn/szzkw/zkgg/zkxx/content/post_9023199.html</w:t>
        </w:r>
      </w:hyperlink>
    </w:p>
    <w:p/>
    <w:p>
      <w:r>
        <w:t>7月24日，我市高中阶段学校提前批录取工作顺利结束。7月25日起，考生可登录深圳招考网查询提前批次录取信息。</w:t>
      </w:r>
    </w:p>
    <w:p>
      <w:r>
        <w:t>今年在提前批次招生的学校包括开展自主招生的普通高中、深圳艺术学校和深圳市体育运动学校。经市教育局同意，今年共有58所普通高中开展自主招生，主要招收具有拔尖创新潜质或学科（含体育、艺术）专长的学生。根据市教育局文件规定，所有学校自主招生都须将考生中考成绩作为主要依据，考生最终成绩按中考成绩60%、学校综合能力考核40%的比重合成，且考生中考成绩不得低于学校中考成绩控制线，进一步强化了自主招生的公平公正。</w:t>
      </w:r>
    </w:p>
    <w:p>
      <w:r>
        <w:t>在提前批次被录取的考生不再参加统一划线录取，不得转录其他学校，各学校未完成的招生计划直接转为普通生招生计划。</w:t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02319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