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关于2024年4月广东省自学考试增加4门开考课程的通知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2024-01-12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https://szeb.sz.gov.cn/szzkw/zkgg/zkxx1/content/post_11099776.html</w:t>
        </w:r>
      </w:hyperlink>
    </w:p>
    <w:p/>
    <w:p>
      <w:r>
        <w:t>粤考办〔2024〕2号</w:t>
      </w:r>
    </w:p>
    <w:p>
      <w:r>
        <w:t>各地级以上市自学考试办公室，各有关主考学校：</w:t>
      </w:r>
    </w:p>
    <w:p>
      <w:r>
        <w:t>为解决我省部分考生反馈问题，经请示同意，在2024年4月自学考试开考计划课程安排中增加4门开考课程。现将各门课程的考试时间安排和使用教材公布如下：</w:t>
      </w:r>
    </w:p>
    <w:p>
      <w:r>
        <w:t>一、增加课程及时间安排</w:t>
      </w:r>
    </w:p>
    <w:p>
      <w:r>
        <w:t>（一）艺术概论（课程代码：00504），2024年4月14日（周日）下午；</w:t>
      </w:r>
    </w:p>
    <w:p>
      <w:r>
        <w:t>（二）采购项目管理（课程代码：03618），2024年4月13日（周六）下午；</w:t>
      </w:r>
    </w:p>
    <w:p>
      <w:r>
        <w:t>（三）社会心理学（课程代码：04265），2024年4月14日（周日）下午；</w:t>
      </w:r>
    </w:p>
    <w:p>
      <w:r>
        <w:t>（四）仓储技术和库存理论（课程代码：07729），2024年4月13日（周六）下午。</w:t>
      </w:r>
    </w:p>
    <w:p>
      <w:r>
        <w:t>二、使用教材及注意事项</w:t>
      </w:r>
    </w:p>
    <w:p>
      <w:r>
        <w:t>（一）4门课程2024年4月考试使用教材详见附件。</w:t>
      </w:r>
    </w:p>
    <w:p>
      <w:r>
        <w:t>（二）4门课程2024年10月考试使用教材仍按照《关于公布2024年广东省自学考试开考课程考试时间安排和使用教材的通知》（粤考办〔2023〕12号）附件4执行。</w:t>
      </w:r>
    </w:p>
    <w:p>
      <w:r>
        <w:t>三、其他事项</w:t>
      </w:r>
    </w:p>
    <w:p>
      <w:r>
        <w:t>请各地市自考办、主考学校积极做好相关宣传工作。</w:t>
      </w:r>
    </w:p>
    <w:p>
      <w:r>
        <w:t>附件：2024年4月广东省自学考试增加开考课程使用教材表</w:t>
      </w:r>
    </w:p>
    <w:p>
      <w:r>
        <w:t>来源：广东省自学考试委员会办公室</w:t>
      </w:r>
    </w:p>
    <w:p>
      <w:r>
        <w:t>2024年1月9日</w:t>
      </w:r>
    </w:p>
    <w:p>
      <w:r>
        <w:drawing>
          <wp:inline xmlns:a="http://schemas.openxmlformats.org/drawingml/2006/main" xmlns:pic="http://schemas.openxmlformats.org/drawingml/2006/picture">
            <wp:extent cx="6400800" cy="197203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b94658d7ea516843d09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972031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11099776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