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2026年全国硕士研究生招生考试考前温馨提示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2025-12-18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https://szeb.sz.gov.cn/szzkw/qt/tzgg/content/post_12555558.html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https://szeb.sz.gov.cn/szzkw/zkgg/ykxx/content/post_12555552.html</w:t>
        </w:r>
      </w:hyperlink>
    </w:p>
    <w:p/>
    <w:p>
      <w:r>
        <w:t>亲爱的考生朋友们：</w:t>
      </w:r>
    </w:p>
    <w:p>
      <w:r>
        <w:t>你们好！</w:t>
      </w:r>
    </w:p>
    <w:p>
      <w:r>
        <w:t>在2026年全国硕士研究生招生考试即将举行之际，深圳市招考办谨向奋力拼搏、蓄势待发的每位考生，致以最诚挚的问候和最美好的祝福！为确保每位考生顺利应考，临考之际，特此温馨提示：</w:t>
      </w:r>
    </w:p>
    <w:p>
      <w:r>
        <w:t>一、充分准备，从容赴考</w:t>
      </w:r>
    </w:p>
    <w:p>
      <w:r>
        <w:t>请提前仔细阅读《准考证》及各级考试机构发布的考前公告和注意事项。务必携带身份证、《准考证》（正反面均不得涂改或书写）及必要的考试用品，包括黑色字迹签字笔、2B铅笔、无封套橡皮、透明文具袋，以及招生单位在《准考证》上注明需自备的用具。建议提前熟悉考场位置，根据准考证上公布的考点信息，合理规划路线，预留充足时间。尽量提前一小时到达考点，以便从容存包、接受安检，有序入场；开考前30分钟进入考场，留足证件查验、安检及签名确认时间，避免耽误考试。</w:t>
      </w:r>
    </w:p>
    <w:p>
      <w:r>
        <w:t>二、诚信为基，严守纪律</w:t>
      </w:r>
    </w:p>
    <w:p>
      <w:r>
        <w:t>所有考场均实行全覆盖、全时段视频监控与实时智能监考，监控录像将作为违规认定的依据。请严格遵守考场规则，服从考务人员管理。严禁将具有通讯功能的工具（如手机、智能手表（手环）、智能眼镜和照相、扫描等设备）或者有存储、编程、查询等功能的电子产品以及任何书刊、报纸、稿纸、图片、资料、涂改液、修正带等物品带入考场。坚决杜绝考试作弊行为，不参与、不信赖任何“助考”违法活动，否则将依法依规受到严惩，影响个人前途。</w:t>
      </w:r>
    </w:p>
    <w:p>
      <w:r>
        <w:t>三、规范作答，细节致胜</w:t>
      </w:r>
    </w:p>
    <w:p>
      <w:r>
        <w:t>拿到试卷和答题卡后，请认真核对科目、张数，一旦发现问题，立即举手报告监考员。准确填写姓名、考生编号等信息，按要求粘贴条形码。答题时看清题号，在对应区域作答。严格遵守开考和结束指令，信号发出前不得答题，结束后立即停笔。开考15分钟后，迟到考生不准进入考场参加当科考试，交卷出场时间不得早于当科考试结束前30分钟。自命题科目考试结束后，请按要求自行密封试卷袋并签名。所有统考科目考试中不允许使用计算器。不得将试卷、答题卡、草稿纸等故意损毁或带出考场，违者一律按违规处理。</w:t>
      </w:r>
    </w:p>
    <w:p>
      <w:r>
        <w:t>四、轻装上阵，自信登场</w:t>
      </w:r>
    </w:p>
    <w:p>
      <w:r>
        <w:t>考前请保持作息规律、饮食合理、心态平稳。近日天气渐寒，请注意添衣保暖，绿色出行，赴考途中做好防寒和个人防护，确保以健康的身体和饱满的精神状态参加考试。</w:t>
      </w:r>
    </w:p>
    <w:p>
      <w:r>
        <w:t>深圳市招考战线全体工作人员协同各职能部门将全力以赴，护航助力全体考生安心应考。愿每一位考生取得佳绩！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555558.html" TargetMode="External"/><Relationship Id="rId11" Type="http://schemas.openxmlformats.org/officeDocument/2006/relationships/hyperlink" Target="https://szeb.sz.gov.cn/szzkw/zkgg/ykxx/content/post_1255555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