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94cd8c53a92a913a88c3fb0d167c8dd34f8fc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94cd8c53a92a913a88c3fb0d167c8dd34f8fc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