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79e13e349aa16ec44c657c8b69889cd1ebc07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79e13e349aa16ec44c657c8b69889cd1ebc07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