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广东省2022年4月自学考试全国统考课程延期考试报考时间及条件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2022-07-29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https://eea.gd.gov.cn/dawenku/ksbk/content/post_3984768.html</w:t>
        </w:r>
      </w:hyperlink>
    </w:p>
    <w:p/>
    <w:p>
      <w:r>
        <w:t>广东省2022年4月自学考试全国统考课程延期考试将于10月24日至25日举行。现将报考有关事项安排如下：</w:t>
      </w:r>
    </w:p>
    <w:p>
      <w:r>
        <w:t>一、报考时间</w:t>
      </w:r>
    </w:p>
    <w:p>
      <w:r>
        <w:t>考生报考时间为8月3日14:00至5日17:00，缴费时间为8月4日10:00至6日17:00。</w:t>
      </w:r>
    </w:p>
    <w:p>
      <w:r>
        <w:t>二、报考条件</w:t>
      </w:r>
    </w:p>
    <w:p>
      <w:r>
        <w:t>此次报考考生范围为2022年4月自学考试10个延期考试地市（含广州、深圳、珠海、佛山、韶关、茂名、惠州、东莞、肇庆、清远）已报考了该次自学考试并完成缴费的考生，考生须在原报考地市重新报考。</w:t>
      </w:r>
    </w:p>
    <w:p>
      <w:r>
        <w:t>详情请查看：广东省2022年4月自学考试全国统考课程延期考试报考须知</w:t>
      </w:r>
    </w:p>
    <w:p>
      <w:pPr>
        <w:pStyle w:val="Heading1"/>
      </w:pPr>
      <w:r>
        <w:t>正文相关链接</w:t>
      </w:r>
    </w:p>
    <w:p>
      <w:hyperlink r:id="rId11">
        <w:r>
          <w:rPr>
            <w:color w:val="18548A"/>
          </w:rPr>
          <w:t>广东省2022年4月自学考试全国统考课程延期考试报考须知</w:t>
        </w:r>
      </w:hyperlink>
    </w:p>
    <w:p>
      <w:r>
        <w:t>https://eea.gd.gov.cn/tzgg/content/post_3972531.html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3984768.html" TargetMode="External"/><Relationship Id="rId11" Type="http://schemas.openxmlformats.org/officeDocument/2006/relationships/hyperlink" Target="https://eea.gd.gov.cn/tzgg/content/post_39725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