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2024年下半年全国英语等级考试成绩公布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https://eea.gd.gov.cn/shks/content/post_4519124.html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https://eea.gd.gov.cn/news/content/post_4519175.html</w:t>
        </w:r>
      </w:hyperlink>
    </w:p>
    <w:p/>
    <w:p>
      <w:r>
        <w:t>2024年下半年全国英语等级考试成绩已发布，考生即日起可登录中国教育考试网（http://www.neea.edu.cn/）查询。</w:t>
      </w:r>
    </w:p>
    <w:p>
      <w:r>
        <w:t>考生如对考试成绩有疑问，须在成绩公布后5个工作日内，向所在考点提出复查申请，由各地市招考机构汇总并在考试成绩公布后10个工作日内报省教育考试院，逾期不予受理。复查工作结束后，复查结果由考点通知考生。</w:t>
      </w:r>
    </w:p>
    <w:p>
      <w:r>
        <w:t>附表：全国英语等级考试成绩复查申请表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7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e37c9e3ea8c9fc423df0053602983d4bb6a4fd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7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61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e37c9e3ea8c9fc423df0053602983d4bb6a4fd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61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519124.html" TargetMode="External"/><Relationship Id="rId11" Type="http://schemas.openxmlformats.org/officeDocument/2006/relationships/hyperlink" Target="https://eea.gd.gov.cn/news/content/post_451917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