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关于调整2022年4月自学考试延期考试龙华区玉龙学校、潜龙学校考点的通告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2022-07-14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https://szeb.sz.gov.cn/szzkw/zkgg/zkxx1/content/post_9954492.html</w:t>
        </w:r>
      </w:hyperlink>
    </w:p>
    <w:p/>
    <w:p>
      <w:r>
        <w:t>2022年4月自学考试延期考试将于7月16日至17日举行。受疫情影响，我市龙华区玉龙学校、潜龙学校两个考点将无法继续承担本次考试工作。为保障考生人身安全和考试顺利，现将考点安排作如下调整：</w:t>
      </w:r>
    </w:p>
    <w:p>
      <w:r>
        <w:t>一、原安排在玉龙学校的考生平移至观澜第二中学（地址：龙华区观湖街道大和社区龙华大道6592号）参加考试。</w:t>
      </w:r>
    </w:p>
    <w:p>
      <w:r>
        <w:t>二、原安排在潜龙学校的考生平移至新华中学（地址：龙华区建设路49号）参加考试。</w:t>
      </w:r>
    </w:p>
    <w:p>
      <w:r>
        <w:t>三、考生无需更换准考证，凭原准考证前往调整后的考点参加考试，考场号、座位号不变，答题纸上的考点名称栏按准考证上的考点名称填写。</w:t>
      </w:r>
    </w:p>
    <w:p>
      <w:r>
        <w:t>市招考办将群发短信通知受影响的考生，请相关考生注意查收短信并相互转告。因考点调整给考生带来的不便，敬请谅解。</w:t>
      </w:r>
    </w:p>
    <w:p>
      <w:r>
        <w:t>特此公告。</w:t>
      </w:r>
    </w:p>
    <w:p>
      <w:r>
        <w:t>深圳市校园疫情防控工作专班</w:t>
      </w:r>
    </w:p>
    <w:p>
      <w:r>
        <w:t>2022年7月14日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95449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