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自考专业数据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2019-06-14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专科层次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https://szeb.sz.gov.cn/szzkw/zkcx/zxks/zkzy/zkcc/content/post_8948993.html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5bfd2db9d877fa3cf5cfddbb483a8c28c90e8d9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5bfd2db9d877fa3cf5cfddbb483a8c28c90e8d9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zkzy/zkcc/content/post_8948993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