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深圳市2017年度高等教育自学考试社会助学组织信息公告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2018-03-01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https://szeb.sz.gov.cn/szzkw/zkgg/zkxx1/content/post_8949737.html</w:t>
        </w:r>
      </w:hyperlink>
    </w:p>
    <w:p/>
    <w:p>
      <w:r>
        <w:t>根据省考办《关于进一步加强我省自学考试社会助学机构业务指导工作的通知》（粤考办〔2015〕46号）和我办《深圳市招生考试办公室关于开展我市2017年度社会助学机构备案登记工作的通知》（深招办〔2017〕209号）精神和要求，为落实《高等教育自学考试社会助学管理试行办法》（考委办〔2010〕1号）中关于高等教育自学考试社会助学组织公告与监督制度的有关规定，增加社会助学组织（机构）信息的透明度，加强社会监督，引导广大自考考生合理选择社会助学（机构），现将我市2017年度社会助学（机构）的相关信息进行公告（详见附件），以加强社会助学组织（机构）的监督与指导。</w:t>
      </w:r>
    </w:p>
    <w:p>
      <w:r>
        <w:t>附件：深圳市2017年度自学考试社会助学组织备案登记情况表</w:t>
      </w:r>
    </w:p>
    <w:p>
      <w:r>
        <w:t>深圳市招生考试办公室</w:t>
      </w:r>
    </w:p>
    <w:p>
      <w:r>
        <w:t>2018年3月1日</w:t>
      </w:r>
    </w:p>
    <w:p>
      <w:r>
        <w:t>附件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29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b93ff19625889793d0c6d49512cc3ca0929a6d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2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620868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b93ff19625889793d0c6d49512cc3ca0929a6d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208689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73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