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关于公布广东省2023年普通高考音乐、舞蹈和体育术科统考成绩的通知</w:t>
      </w:r>
    </w:p>
    <w:p>
      <w:r>
        <w:rPr>
          <w:sz w:val="18"/>
        </w:rPr>
        <w:t>整理归属  广东省教育考试院</w:t>
      </w:r>
    </w:p>
    <w:p>
      <w:r>
        <w:rPr>
          <w:sz w:val="18"/>
        </w:rPr>
        <w:t>发布日期  2023-02-23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https://eea.gd.gov.cn/ptgk/content/post_4099723.html</w:t>
        </w:r>
      </w:hyperlink>
    </w:p>
    <w:p>
      <w:r>
        <w:t xml:space="preserve">同文来源  </w:t>
      </w:r>
      <w:hyperlink r:id="rId11">
        <w:r>
          <w:rPr>
            <w:color w:val="18548A"/>
          </w:rPr>
          <w:t>https://eea.gd.gov.cn/tzgg/content/post_4099722.html</w:t>
        </w:r>
      </w:hyperlink>
    </w:p>
    <w:p/>
    <w:p>
      <w:r>
        <w:t>各地级及以上市招生办公室（考试中心、考试院）：</w:t>
      </w:r>
    </w:p>
    <w:p>
      <w:r>
        <w:t>我省2023年普通高考音乐、舞蹈和体育术科统考评卷工作已经结束。现就音乐、舞蹈和体育术科统考成绩公布有关事项通知如下，请你们迅速转发至各县（市、区）、中学并通知考生本人。</w:t>
      </w:r>
    </w:p>
    <w:p>
      <w:r>
        <w:t>一、成绩公布时间和方式</w:t>
      </w:r>
    </w:p>
    <w:p>
      <w:r>
        <w:t>2月24日16:00起，考生可通过广东省教育考试院官微（ID：gdsksy）小程序、百度智能小程序、“广东招考在线”小程序查询成绩。3月10日10:00起，考生可以通过广东省教育考试院官微小程序和百度智能小程序自行下载并打印音乐和舞蹈本科合格证和成绩证书。考生成绩公布方式见附件。</w:t>
      </w:r>
    </w:p>
    <w:p>
      <w:r>
        <w:t>二、成绩复核</w:t>
      </w:r>
    </w:p>
    <w:p>
      <w:r>
        <w:t>（一）申请复查程序</w:t>
      </w:r>
    </w:p>
    <w:p>
      <w:r>
        <w:t>考生查询成绩后，如对成绩有疑问，可于2月28日17:00前向市、县（区）招生办提出查分申请。请各市、县（市、区）招生办公室于3月1日12:00前将申请查分考生名单通过普高报名管理系统（网址：https://pg.eeagd.edu.cn/zb）录入完毕后上传，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附件：广东省2023年普通高考音乐、舞蹈和体育术科统考成绩查询方式</w:t>
      </w:r>
    </w:p>
    <w:p>
      <w:r>
        <w:t>广东省教育考试院办公室</w:t>
      </w:r>
    </w:p>
    <w:p>
      <w:r>
        <w:t>2023年2月23日</w:t>
      </w:r>
    </w:p>
    <w:p>
      <w:r>
        <w:t>附件</w:t>
      </w:r>
    </w:p>
    <w:p>
      <w:r>
        <w:t>广东省2023年普通高考音乐、舞蹈和体育</w:t>
      </w:r>
    </w:p>
    <w:p>
      <w:r>
        <w:t>术科统考成绩查询方式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3月10日10:00起，考生可以通过省教育考试院官微小程序自行下载并打印音乐和舞蹈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099723.html" TargetMode="External"/><Relationship Id="rId11" Type="http://schemas.openxmlformats.org/officeDocument/2006/relationships/hyperlink" Target="https://eea.gd.gov.cn/tzgg/content/post_40997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