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深圳市2026年中考物理、化学实验操作考试顺利完成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https://szeb.sz.gov.cn/szzkw/qt/tzgg/content/post_12803106.html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https://szeb.sz.gov.cn/szzkw/zkgg/zkxx/content/post_12803103.html</w:t>
        </w:r>
      </w:hyperlink>
    </w:p>
    <w:p/>
    <w:p>
      <w:r>
        <w:t>5月24日，深圳市2026年中考物理、化学实验操作考试圆满结束。物理、化学实验操作纳入中考计分，满分20分，其中物理实验10分、化学实验10分。考试重点考查学生的实践能力和科学素养，全面检验初中阶段实验教学成果。本次考试采用“现考后评”模式，全市各考点考试组织规范、考风考纪良好，实现了“平安考试”的目标。</w:t>
      </w:r>
    </w:p>
    <w:p>
      <w:r>
        <w:t>为确保考试顺利，市招考办于4月9日至10日组织全市模拟考试，并于5月18日召开考务工作会议，对各环节考务工作进行再部署、再强调。考试期间，全市268个考点严格执行标准化考场管理要求，所有考务工作人员均经过统一培训，确保考试程序规范，为考试公平公正提供坚实保障。同时，各考点为特殊需求考生提供合理便利，充分彰显人文关怀。</w:t>
      </w:r>
    </w:p>
    <w:p>
      <w:r>
        <w:t>目前，我市2026年中考体育考试、英语听说考试及物理、化学实验操作考试均已顺利完成，文化课考试将于6月26日至28日举行。请广大考生和家长及时关注中考政策动态，合理填报志愿，科学复习备考，注意劳逸结合，保持良好心态，以最佳状态迎接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03106.html" TargetMode="External"/><Relationship Id="rId11" Type="http://schemas.openxmlformats.org/officeDocument/2006/relationships/hyperlink" Target="https://szeb.sz.gov.cn/szzkw/zkgg/zkxx/content/post_128031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