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广东省2026年重点高校招生专项计划资格审核通过考生公示名单（深汕特别合作区）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2026-05-27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https://szeb.sz.gov.cn/szzkw/qt/tzgg/content/post_12808302.html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https://szeb.sz.gov.cn/szzkw/zkgg/gkxx/content/post_12808299.html</w:t>
        </w:r>
      </w:hyperlink>
    </w:p>
    <w:p/>
    <w:p>
      <w:r>
        <w:t>根据教育部及广东省教育厅有关做好2026年重点高校招生专项计划工作要求，现公示我市深汕特别合作区2026年重点高校招生专项计划资格审核通过考生名单，公示期10天。</w:t>
      </w:r>
    </w:p>
    <w:p>
      <w:r>
        <w:t>个人或单位如对公示名单有异议，可向地级市教育局、招生办或省招生办反映，反映意见须内容真实且具体明确，属个人反映的需签署真实姓名、联系电话，属单位反映的需加盖公章、注明联系方式，否则不予受理。市招考办联系电话：0755-82181999。</w:t>
      </w:r>
    </w:p>
    <w:p>
      <w:r>
        <w:t>附件：广东省2026年重点高校招生专项计划资格审核通过考生名单（深汕特别合作区）</w:t>
      </w:r>
    </w:p>
    <w:p>
      <w:r>
        <w:t>深圳市招生考试办公室</w:t>
      </w:r>
    </w:p>
    <w:p>
      <w:r>
        <w:t>2026年5月27日</w:t>
      </w:r>
    </w:p>
    <w:p>
      <w:r>
        <w:t>广东省2026年重点高校招生专项计划资格审核通过考生公示名单（深汕特别合作区）.pdf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广东省2026年重点高校招生专项计划资格审核通过考生公示名单（深汕特别合作区）.pdf</w:t>
        </w:r>
      </w:hyperlink>
    </w:p>
    <w:p>
      <w:r>
        <w:rPr>
          <w:sz w:val="16"/>
        </w:rPr>
        <w:t>https://szeb.sz.gov.cn/attachment/1/1717/1717087/12808302.pdf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广东省2026年重点高校招生专项计划资格审核通过考生公示名单（深汕特别合作区）.pdf</w:t>
        </w:r>
      </w:hyperlink>
    </w:p>
    <w:p>
      <w:r>
        <w:t>https://szeb.sz.gov.cn/attachment/1/1717/1717087/12808299.pdf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08302.html" TargetMode="External"/><Relationship Id="rId11" Type="http://schemas.openxmlformats.org/officeDocument/2006/relationships/hyperlink" Target="https://szeb.sz.gov.cn/szzkw/zkgg/gkxx/content/post_12808299.html" TargetMode="External"/><Relationship Id="rId12" Type="http://schemas.openxmlformats.org/officeDocument/2006/relationships/hyperlink" Target="https://szeb.sz.gov.cn/attachment/1/1717/1717087/12808302.pdf" TargetMode="External"/><Relationship Id="rId13" Type="http://schemas.openxmlformats.org/officeDocument/2006/relationships/hyperlink" Target="https://szeb.sz.gov.cn/attachment/1/1717/1717087/1280829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