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广东省教育考试院2017年度部门决算批复公开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2018-08-27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https://eea.gd.gov.cn/zwgk_tjxx/content/post_2592774.html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https://eea.gd.gov.cn/zwgk_xxgk/content/post_1960743.html</w:t>
        </w:r>
      </w:hyperlink>
    </w:p>
    <w:p/>
    <w:p>
      <w:r>
        <w:t>广东省教育考试院2017年度部门决算批复公开（见附件）</w:t>
      </w:r>
    </w:p>
    <w:p>
      <w:r>
        <w:t>2017年决算公开.zip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2017年决算公开.zip</w:t>
        </w:r>
      </w:hyperlink>
    </w:p>
    <w:p>
      <w:r>
        <w:rPr>
          <w:sz w:val="16"/>
        </w:rPr>
        <w:t>https://eea.gd.gov.cn/attachment/0/329/329979/2592774.zip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2017年决算公开.zip</w:t>
        </w:r>
      </w:hyperlink>
    </w:p>
    <w:p>
      <w:r>
        <w:t>https://eea.gd.gov.cn/attachment/0/329/329979/1960743.zip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tjxx/content/post_2592774.html" TargetMode="External"/><Relationship Id="rId11" Type="http://schemas.openxmlformats.org/officeDocument/2006/relationships/hyperlink" Target="https://eea.gd.gov.cn/zwgk_xxgk/content/post_1960743.html" TargetMode="External"/><Relationship Id="rId12" Type="http://schemas.openxmlformats.org/officeDocument/2006/relationships/hyperlink" Target="https://eea.gd.gov.cn/attachment/0/329/329979/2592774.zip" TargetMode="External"/><Relationship Id="rId13" Type="http://schemas.openxmlformats.org/officeDocument/2006/relationships/hyperlink" Target="https://eea.gd.gov.cn/attachment/0/329/329979/1960743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