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2012年全国成人高考将于10月13-14日举行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2012-09-20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https://eea.gd.gov.cn/crgk/content/post_2218063.html</w:t>
        </w:r>
      </w:hyperlink>
    </w:p>
    <w:p/>
    <w:p>
      <w:r>
        <w:t>近日，从省教育考试院获悉，2012年全国成人高校招生统一考试定于2012年10月13、14日两天进行，我省成人高考各科目考试时间如下：</w:t>
      </w:r>
    </w:p>
    <w:p>
      <w:r>
        <w:t>一、2012年全国成人高校招生统一考试高中起点本科、高中起点高职（高专）考试时间表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日期时间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10月13日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10月14日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9:00-11:00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14:30-16:30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理化（高起本理科）史地（高起本文科）</w:t>
            </w:r>
          </w:p>
        </w:tc>
      </w:tr>
    </w:tbl>
    <w:p/>
    <w:p>
      <w:r>
        <w:t>二、2012年全国成人高校招生统一考试专科起点升本科考试时间表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日期时间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10月13日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10月14日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9:00-11:30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大学语文、艺术概论、民法、高等数学（二）、生态学基础、医学综合、教育理论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14:30-17:00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请我省参加今年成人高考的考生认真做好备考工作，并按上述考试时间依时赴考，千万不要错过考试时间。</w:t>
      </w:r>
    </w:p>
    <w:p>
      <w:r>
        <w:t>广东省教育考试院</w:t>
      </w:r>
    </w:p>
    <w:p>
      <w:r>
        <w:t>2012年9月19日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80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