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深圳市2026年中考圆满结束，成绩预计7月中旬公布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https://szeb.sz.gov.cn/szzkw/qt/tzgg/content/post_12865852.html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https://szeb.sz.gov.cn/szzkw/zkgg/zkxx/content/post_12865850.html</w:t>
        </w:r>
      </w:hyperlink>
    </w:p>
    <w:p/>
    <w:p>
      <w:r>
        <w:t>6月28日上午，随着英语科目考试结束铃声响起，深圳市2026年中考顺利落下帷幕。在市委、市政府的高度重视和各区、各部门的协同努力下，全市中考组织平稳有序，考风考纪良好，圆满实现“平安中考”目标。</w:t>
      </w:r>
    </w:p>
    <w:p>
      <w:r>
        <w:t>高位统筹部署，保障中考顺利实施</w:t>
      </w:r>
    </w:p>
    <w:p>
      <w:r>
        <w:t>市委、市政府始终将中考作为重要民生工程，高度重视、提前谋划，考前专题研究部署中考组织管理、安全保障等各项工作。市、区教育行政部门认真贯彻落实部署要求，细化考试实施方案，统筹安排考务组织、人员培训、考点布置、突发情况应对等工作，切实提升考试管理规范化、精细化水平。各考点学校坚持以考生为本，提供遮阳避雨设施、候考休息区及应急物资，通过暖心服务助力考生安心应考。</w:t>
      </w:r>
    </w:p>
    <w:p>
      <w:r>
        <w:t>部门协同联动，护航中考平安有序</w:t>
      </w:r>
    </w:p>
    <w:p>
      <w:r>
        <w:t>市、区招考委成员单位密切配合，强化试卷安全保密、考场秩序维护及周边环境治理。公安部门加强考点安保及交通疏导，生态环境部门严控噪声干扰，卫健部门全程驻点保障卫生应急，气象部门实时推送天气预报，供电、通信等单位全力确保考点电力及网络稳定，实现考试全过程安全、平稳、有序。</w:t>
      </w:r>
    </w:p>
    <w:p>
      <w:r>
        <w:t>中考成绩预计7月中旬发布</w:t>
      </w:r>
    </w:p>
    <w:p>
      <w:r>
        <w:t>2026年中考成绩预计于7月16日左右公布，考生可通过以下途径查询：</w:t>
      </w:r>
    </w:p>
    <w:p>
      <w:r>
        <w:t>1. 线上查询：登录深圳市中考招生管理系统或关注“深圳教育”“深圳市招生考试办公室”微信公众号。</w:t>
      </w:r>
    </w:p>
    <w:p>
      <w:r>
        <w:t>2. 短信推送：市招考办将免费向考生报名预留手机号发送成绩通知。</w:t>
      </w:r>
    </w:p>
    <w:p>
      <w:r>
        <w:t>市招考办特别提醒：成绩发布前后，请考生及家长妥善保管个人信息，切勿向他人泄露考生号、身份证号等敏感信息，警惕虚假宣传和诈骗行为。政策解读、录取安排等权威信息，请以“深圳招考网”及“深圳教育”“深圳招生考试办公室”官方微信公众号发布为准。</w:t>
      </w:r>
    </w:p>
    <w:p>
      <w:r>
        <w:t>十年磨一剑，今朝试锋芒。中考是成长路上的重要一站，愿所有考生以平和心态迎接结果，科学规划升学路径。市招考办将继续做好后续招生录取服务，助力学子迈向人生新阶段！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65852.html" TargetMode="External"/><Relationship Id="rId11" Type="http://schemas.openxmlformats.org/officeDocument/2006/relationships/hyperlink" Target="https://szeb.sz.gov.cn/szzkw/zkgg/zkxx/content/post_128658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