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广东省教育考试院2020年考试工作总结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2021-03-02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数据说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https://eea.gd.gov.cn/zwgk/sjfb/sjs/content/post_3229803.html</w:t>
        </w:r>
      </w:hyperlink>
    </w:p>
    <w:p/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41605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4e9805661466547b2cf3a51e8dd5c015f13bb8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605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sjs/content/post_322980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