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2025年普通高校招生系列问答——艺体类招生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2025-06-27</w:t>
      </w:r>
    </w:p>
    <w:p>
      <w:r>
        <w:rPr>
          <w:sz w:val="18"/>
        </w:rPr>
        <w:t>来源  触电新闻</w:t>
      </w:r>
    </w:p>
    <w:p>
      <w:r>
        <w:rPr>
          <w:sz w:val="18"/>
        </w:rPr>
        <w:t>栏目  新高考改革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https://eea.gd.gov.cn/index/xgkgg/content/post_4735155.html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https://eea.gd.gov.cn/zcjd/content/post_4735098.html</w:t>
        </w:r>
      </w:hyperlink>
    </w:p>
    <w:p>
      <w:r>
        <w:t>原文含视频。Word和PDF保留静态正文及视频观看链接，未把视频转录成文字。</w:t>
      </w:r>
    </w:p>
    <w:p/>
    <w:p>
      <w:r>
        <w:t>艺体类一分一段表排位与本人实际排位不相符？</w:t>
      </w:r>
    </w:p>
    <w:p>
      <w:r>
        <w:t>艺术类考生注意了！你们的志愿这样填！</w:t>
      </w:r>
    </w:p>
    <w:p>
      <w:r>
        <w:t>相关文件：广东省招生委员会办公室关于做好2025年普通高校招生志愿填报工作的通知</w:t>
      </w:r>
    </w:p>
    <w:p>
      <w:pPr>
        <w:pStyle w:val="Heading1"/>
      </w:pPr>
      <w:r>
        <w:t>正文相关链接</w:t>
      </w:r>
    </w:p>
    <w:p>
      <w:hyperlink r:id="rId12">
        <w:r>
          <w:rPr>
            <w:color w:val="18548A"/>
          </w:rPr>
          <w:t>广东省招生委员会办公室关于做好2025年普通高校招生志愿填报工作的通知</w:t>
        </w:r>
      </w:hyperlink>
    </w:p>
    <w:p>
      <w:r>
        <w:t>https://eea.gd.gov.cn/ptgk/content/post_4733382.html</w:t>
      </w:r>
    </w:p>
    <w:p>
      <w:hyperlink r:id="rId13">
        <w:r>
          <w:rPr>
            <w:color w:val="18548A"/>
          </w:rPr>
          <w:t>视频 1 LD 观看链接</w:t>
        </w:r>
      </w:hyperlink>
    </w:p>
    <w:p>
      <w:r>
        <w:t>https://gdvideo.southcn.com/c09154ed533571f0b98d6632b68f0102/8ffd7f143f85495ea146b92ad040be66-d7e1cdd528f35cb0318dba83b1ccd22d-ld.mp4</w:t>
      </w:r>
    </w:p>
    <w:p>
      <w:hyperlink r:id="rId14">
        <w:r>
          <w:rPr>
            <w:color w:val="18548A"/>
          </w:rPr>
          <w:t>视频 1 SD 观看链接</w:t>
        </w:r>
      </w:hyperlink>
    </w:p>
    <w:p>
      <w:r>
        <w:t>https://gdvideo.southcn.com/c09154ed533571f0b98d6632b68f0102/8ffd7f143f85495ea146b92ad040be66-880d78ab04c414327b9b488476e7acb6-sd.mp4</w:t>
      </w:r>
    </w:p>
    <w:p>
      <w:hyperlink r:id="rId15">
        <w:r>
          <w:rPr>
            <w:color w:val="18548A"/>
          </w:rPr>
          <w:t>视频 2 LD 观看链接</w:t>
        </w:r>
      </w:hyperlink>
    </w:p>
    <w:p>
      <w:r>
        <w:t>https://gdvideo.southcn.com/109797f5533571f0bfed5017f1f80102/90d9ce03e7664ab79ab0ac9b637ce6af-185634db915cd3fba4082d224f5b69f7-ld.mp4</w:t>
      </w:r>
    </w:p>
    <w:p>
      <w:hyperlink r:id="rId16">
        <w:r>
          <w:rPr>
            <w:color w:val="18548A"/>
          </w:rPr>
          <w:t>视频 2 SD 观看链接</w:t>
        </w:r>
      </w:hyperlink>
    </w:p>
    <w:p>
      <w:r>
        <w:t>https://gdvideo.southcn.com/109797f5533571f0bfed5017f1f80102/90d9ce03e7664ab79ab0ac9b637ce6af-632b64a25a022a62ebb508f7468913ec-sd.mp4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index/xgkgg/content/post_4735155.html" TargetMode="External"/><Relationship Id="rId11" Type="http://schemas.openxmlformats.org/officeDocument/2006/relationships/hyperlink" Target="https://eea.gd.gov.cn/zcjd/content/post_4735098.html" TargetMode="External"/><Relationship Id="rId12" Type="http://schemas.openxmlformats.org/officeDocument/2006/relationships/hyperlink" Target="https://eea.gd.gov.cn/ptgk/content/post_4733382.html" TargetMode="External"/><Relationship Id="rId13" Type="http://schemas.openxmlformats.org/officeDocument/2006/relationships/hyperlink" Target="https://gdvideo.southcn.com/c09154ed533571f0b98d6632b68f0102/8ffd7f143f85495ea146b92ad040be66-d7e1cdd528f35cb0318dba83b1ccd22d-ld.mp4" TargetMode="External"/><Relationship Id="rId14" Type="http://schemas.openxmlformats.org/officeDocument/2006/relationships/hyperlink" Target="https://gdvideo.southcn.com/c09154ed533571f0b98d6632b68f0102/8ffd7f143f85495ea146b92ad040be66-880d78ab04c414327b9b488476e7acb6-sd.mp4" TargetMode="External"/><Relationship Id="rId15" Type="http://schemas.openxmlformats.org/officeDocument/2006/relationships/hyperlink" Target="https://gdvideo.southcn.com/109797f5533571f0bfed5017f1f80102/90d9ce03e7664ab79ab0ac9b637ce6af-185634db915cd3fba4082d224f5b69f7-ld.mp4" TargetMode="External"/><Relationship Id="rId16" Type="http://schemas.openxmlformats.org/officeDocument/2006/relationships/hyperlink" Target="https://gdvideo.southcn.com/109797f5533571f0bfed5017f1f80102/90d9ce03e7664ab79ab0ac9b637ce6af-632b64a25a022a62ebb508f7468913ec-sd.mp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