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广东省2024年10月自学考试可于10月16日起打印准考证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https://eea.gd.gov.cn/zxks/content/post_4508609.html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https://eea.gd.gov.cn/news/content/post_4508738.html</w:t>
        </w:r>
      </w:hyperlink>
    </w:p>
    <w:p/>
    <w:p>
      <w:r>
        <w:t>广东省2024年10月自学考试将于10月26日至27日举行，各位考生可于2024年10月16日上午10时起登录广东省自学考试管理系统（网址：https://www.eeagd.edu.cn/zkselfec/）打印准考证，请认真阅读注意事项摘要并按照准考证上规定的时间、地点和要求参加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508609.html" TargetMode="External"/><Relationship Id="rId11" Type="http://schemas.openxmlformats.org/officeDocument/2006/relationships/hyperlink" Target="https://eea.gd.gov.cn/news/content/post_45087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