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关于2027年全国硕士研究生招生考试网上报名温馨提示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2026-10-10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https://szeb.sz.gov.cn/szzkw/qt/tzgg/content/post_13014998.html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https://szeb.sz.gov.cn/szzkw/zkgg/ykxx/content/post_13014934.html</w:t>
        </w:r>
      </w:hyperlink>
    </w:p>
    <w:p/>
    <w:p>
      <w:r>
        <w:t>2027年全国硕士研究生招生考试报名已于10月9日启动，现将有关事项温馨提示如下：</w:t>
      </w:r>
    </w:p>
    <w:p>
      <w:r>
        <w:t>一、网上预报名时间：2026年10月9日至10月12日，每天9:00-22:00。网上报名时间：2026年10月15日至10月24日，每天9:00-22:00。网上预报名与网上报名具有同等效力，考生在预报名阶段完成信息填报、生成报名号并成功缴费的，报名信息有效，无需在正式报名时段重复填报。</w:t>
      </w:r>
    </w:p>
    <w:p>
      <w:r>
        <w:t>二、请考生按照报名系统提示上传报考点要求的材料。如显示“报考点暂无材料要求”，即为系统已进行自动核验，考生暂时无需上传材料，留意审核结果即可。</w:t>
      </w:r>
    </w:p>
    <w:p>
      <w:r>
        <w:t>三、网上报名结束后，报考点将在10月26日至30日集中审核考生报名信息和材料，请考生及时查询审核结果。如材料不符合要求，考生须在10月31日中午12:00前上传补充材料，经报考点审核通过后视为报名完成。</w:t>
      </w:r>
    </w:p>
    <w:p>
      <w:r>
        <w:t>深圳市招生考试办公室</w:t>
      </w:r>
    </w:p>
    <w:p>
      <w:r>
        <w:t>2026年10月10日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3014998.html" TargetMode="External"/><Relationship Id="rId11" Type="http://schemas.openxmlformats.org/officeDocument/2006/relationships/hyperlink" Target="https://szeb.sz.gov.cn/szzkw/zkgg/ykxx/content/post_130149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