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2cb033be00b631d5e5a9ae6a5dc76c398549a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2cb033be00b631d5e5a9ae6a5dc76c398549a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