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广东高考改革政策解读50问</w:t>
      </w:r>
    </w:p>
    <w:p>
      <w:r>
        <w:rPr>
          <w:sz w:val="18"/>
        </w:rPr>
        <w:t>整理归属  广东省教育考试院</w:t>
      </w:r>
    </w:p>
    <w:p>
      <w:r>
        <w:rPr>
          <w:sz w:val="18"/>
        </w:rPr>
        <w:t>发布日期  2019-04-23</w:t>
      </w:r>
    </w:p>
    <w:p>
      <w:r>
        <w:rPr>
          <w:sz w:val="18"/>
        </w:rPr>
        <w:t>来源  广东省教育考试院</w:t>
      </w:r>
    </w:p>
    <w:p>
      <w:r>
        <w:rPr>
          <w:sz w:val="18"/>
        </w:rPr>
        <w:t>栏目  新高考改革</w:t>
      </w:r>
    </w:p>
    <w:p>
      <w:r>
        <w:rPr>
          <w:sz w:val="18"/>
        </w:rPr>
        <w:t>存档日期  2026-10-27</w:t>
      </w:r>
    </w:p>
    <w:p>
      <w:r>
        <w:t xml:space="preserve">原文链接  </w:t>
      </w:r>
      <w:hyperlink r:id="rId10">
        <w:r>
          <w:rPr>
            <w:color w:val="18548A"/>
          </w:rPr>
          <w:t>https://eea.gd.gov.cn/index/xgkgg/content/post_2283017.html</w:t>
        </w:r>
      </w:hyperlink>
    </w:p>
    <w:p>
      <w:r>
        <w:t xml:space="preserve">同文来源  </w:t>
      </w:r>
      <w:hyperlink r:id="rId11">
        <w:r>
          <w:rPr>
            <w:color w:val="18548A"/>
          </w:rPr>
          <w:t>https://eea.gd.gov.cn/zcjd/content/post_2282155.html</w:t>
        </w:r>
      </w:hyperlink>
    </w:p>
    <w:p/>
    <w:p>
      <w:r>
        <w:t>请点击附件下载</w:t>
      </w:r>
    </w:p>
    <w:p>
      <w:r>
        <w:t>附件：广东高考改革政策解读50问.pdf</w:t>
      </w:r>
    </w:p>
    <w:p>
      <w:r>
        <w:t>政策链接：广东省人民政府关于印发广东省深化普通高校考试招生制度综合改革实施方案的通</w:t>
      </w:r>
    </w:p>
    <w:p>
      <w:pPr>
        <w:pStyle w:val="Heading1"/>
      </w:pPr>
      <w:r>
        <w:t>附件及下载链接</w:t>
      </w:r>
    </w:p>
    <w:p>
      <w:hyperlink r:id="rId12">
        <w:r>
          <w:rPr>
            <w:color w:val="18548A"/>
          </w:rPr>
          <w:t>广东高考改革政策解读50问.pdf</w:t>
        </w:r>
      </w:hyperlink>
    </w:p>
    <w:p>
      <w:r>
        <w:rPr>
          <w:sz w:val="16"/>
        </w:rPr>
        <w:t>https://eea.gd.gov.cn/attachment/0/330/330714/2283017.pdf</w:t>
      </w:r>
    </w:p>
    <w:p>
      <w:pPr>
        <w:pStyle w:val="Heading1"/>
      </w:pPr>
      <w:r>
        <w:t>正文相关链接</w:t>
      </w:r>
    </w:p>
    <w:p>
      <w:hyperlink r:id="rId13">
        <w:r>
          <w:rPr>
            <w:color w:val="18548A"/>
          </w:rPr>
          <w:t>广东省人民政府关于印发广东省深化普通高校考试招生制度综合改革实施方案的通</w:t>
        </w:r>
      </w:hyperlink>
    </w:p>
    <w:p>
      <w:r>
        <w:t>https://eea.gd.gov.cn/news/content/post_2282164.html</w:t>
      </w:r>
    </w:p>
    <w:p>
      <w:hyperlink r:id="rId14">
        <w:r>
          <w:rPr>
            <w:color w:val="18548A"/>
          </w:rPr>
          <w:t>广东高考改革政策解读50问.pdf</w:t>
        </w:r>
      </w:hyperlink>
    </w:p>
    <w:p>
      <w:r>
        <w:t>https://eea.gd.gov.cn/attachment/0/330/330714/2282155.pdf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index/xgkgg/content/post_2283017.html" TargetMode="External"/><Relationship Id="rId11" Type="http://schemas.openxmlformats.org/officeDocument/2006/relationships/hyperlink" Target="https://eea.gd.gov.cn/zcjd/content/post_2282155.html" TargetMode="External"/><Relationship Id="rId12" Type="http://schemas.openxmlformats.org/officeDocument/2006/relationships/hyperlink" Target="https://eea.gd.gov.cn/attachment/0/330/330714/2283017.pdf" TargetMode="External"/><Relationship Id="rId13" Type="http://schemas.openxmlformats.org/officeDocument/2006/relationships/hyperlink" Target="https://eea.gd.gov.cn/news/content/post_2282164.html" TargetMode="External"/><Relationship Id="rId14" Type="http://schemas.openxmlformats.org/officeDocument/2006/relationships/hyperlink" Target="https://eea.gd.gov.cn/attachment/0/330/330714/228215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