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关于公布2024年4月自学考试成绩的通知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2024-05-23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https://szeb.sz.gov.cn/szzkw/zkgg/zkxx1/content/post_11307537.html</w:t>
        </w:r>
      </w:hyperlink>
    </w:p>
    <w:p/>
    <w:p>
      <w:r>
        <w:t>各位考生：</w:t>
      </w:r>
    </w:p>
    <w:p>
      <w:r>
        <w:t>根据省教育考试院安排，2024年4月自学考试成绩定于5月23日15：00公布，现将有关事宜通知如下：</w:t>
      </w:r>
    </w:p>
    <w:p>
      <w:r>
        <w:t>一、成绩查询</w:t>
      </w:r>
    </w:p>
    <w:p>
      <w:r>
        <w:t>考生可通过以下5种方式查询考试成绩。</w:t>
      </w:r>
    </w:p>
    <w:p>
      <w:r>
        <w:t>（一）官微小程序查询</w:t>
      </w:r>
    </w:p>
    <w:p>
      <w:r>
        <w:t>关注广东省教育考试院微信公众号（ID：gdsksy），在页面底部选择“小程序”栏，点击进入“广东省教育考试院”小程序，即可查询考试成绩。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（五）网站查询</w:t>
      </w:r>
    </w:p>
    <w:p>
      <w:r>
        <w:t>在深圳参加考试的考生，也可登录深圳招考网（https://szeb.sz.gov.cn/szzkw/）查询考试成绩。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在深圳参加考试的考生，如对本人某科成绩有异议，须持本人自考准考证、身份证到市招考办现场登记，由市招考办统一向省考办提交成绩复查申请。登记时间为5月23日至6月5日（星期六、日除外），逾期将不予受理。登记地点为深圳市招生考试办公室一楼招考服务大厅（地址：罗湖区泥岗西路1068号）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还将书面通知考生（按报考时考生确认的通信地址寄送）。在深圳参加考试的考生也可登录深圳招考网（https://szeb.sz.gov.cn/szzkw/）查询复查结果。</w:t>
      </w:r>
    </w:p>
    <w:p>
      <w:r>
        <w:t>深圳市招生考试办公室</w:t>
      </w:r>
    </w:p>
    <w:p>
      <w:r>
        <w:t>2024年5月22日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30753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