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事关中考，这些防疫事项要注意！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https://szeb.sz.gov.cn/szzkw/zkgg/zkxx/content/post_9906306.html</w:t>
        </w:r>
      </w:hyperlink>
    </w:p>
    <w:p/>
    <w:p>
      <w:r>
        <w:t>2022年深圳中考</w:t>
      </w:r>
    </w:p>
    <w:p>
      <w:r>
        <w:t>即将在6月26日-28日举行</w:t>
      </w:r>
    </w:p>
    <w:p>
      <w:r>
        <w:t>@深圳考生和家长朋友们</w:t>
      </w:r>
    </w:p>
    <w:p>
      <w:r>
        <w:t>这份防疫温馨提示请注意查收！</w:t>
      </w:r>
    </w:p>
    <w:p>
      <w:r>
        <w:t>深圳市2022年中考防疫温馨提示</w:t>
      </w:r>
    </w:p>
    <w:p>
      <w:r>
        <w:t>亲爱的考生和家长朋友们：</w:t>
      </w:r>
    </w:p>
    <w:p>
      <w:r>
        <w:t>大家好。</w:t>
      </w:r>
    </w:p>
    <w:p>
      <w:r>
        <w:t>深圳市2022年中考（含初二学业水平考试）将于6月26日至28日举行。为切实保障广大考生和考试工作人员的身体健康和生命安全，确保考试平稳安全开展，现就考试防疫注意事项提示如下：</w:t>
      </w:r>
    </w:p>
    <w:p>
      <w:r>
        <w:t>一、继续做好健康监测。请全体考生继续在学校（社会报名点）引导下做好每日健康监测，如出现发热、干咳、乏力等异常症状，请立即向学校（社会报名点）报告并及时就医。</w:t>
      </w:r>
    </w:p>
    <w:p>
      <w:r>
        <w:t>二、提前准备核酸检测。按照中考疫情防控工作方案要求，所有考生在进入考点时应具有考前24小时核酸检测阴性证明（或考前48小时内的核酸检测阴性证明和考前24小时核酸采样记录，以第一科开考时间计算）。社会类考生另须具有本人考前“3天3检”（每日一检）核酸检测阴性证明（第三天核酸检测结果未出的，可提供考前48小时核酸检测阴性证明和考前24小时核酸采样记录）。27日下午考试结束后，考生须参加考点统一组织的核酸检测，请所有考生提前准备好粤核酸码。</w:t>
      </w:r>
    </w:p>
    <w:p>
      <w:r>
        <w:t>25日、27日，各初中学校将开设核酸检测点，考生可选择返校检测或就近在居住地附近的检测点完成检测。</w:t>
      </w:r>
    </w:p>
    <w:p>
      <w:r>
        <w:t>三、调整心态安心备考。由于疫情形势变化，部分考生处于集中隔离、居家隔离或封控管理状态，我市已分级设置了医院考场、隔离酒店考点、备用隔离考点等特殊考点，并制定了“一生一策”的转运方案和考试方案。请相关考生配合防疫部门工作，安心备考，以积极心态迎接考试。</w:t>
      </w:r>
    </w:p>
    <w:p>
      <w:r>
        <w:t>四、保持联络渠道畅通。受疫情影响，部分考生考点、考场安排可能发生变化，届时教育部门将通过紧急联络电话等方式点对点通知考生和家长，请务必保持联络渠道24小时畅通。</w:t>
      </w:r>
    </w:p>
    <w:p>
      <w:r>
        <w:t>五、减少流动两点一线。为尽量降低疫情传播风险，请广大考生和家长在考前和考试期间保持“居住地—学校”或“居住地—工作地”两点一线，避免前往人员密集场所，尽量减少不必要的跨区流动和聚集。家长要密切关注疫情形势和考试动态，切实履行好监护责任。</w:t>
      </w:r>
    </w:p>
    <w:p>
      <w:r>
        <w:t>六、安全赴考健康考试。如乘坐公共交通工具赴考点，全程佩戴口罩，途中尽量避免用手接触其他物品，与周围乘客尽可能保持安全距离，下车后做好手部卫生。考试期间，在普通考场参加考试的考生，除进行身份核验外，原则上应全程佩戴口罩；在备用隔离考场和特殊考点参加考试的考生，须全程佩戴口罩。</w:t>
      </w:r>
    </w:p>
    <w:p>
      <w:r>
        <w:t>感谢广大考生和家长朋友的配合与支持。预祝所有考生考试顺利，取得优异成绩！</w:t>
      </w:r>
    </w:p>
    <w:p>
      <w:r>
        <w:t>深圳市招生考试办公室</w:t>
      </w:r>
    </w:p>
    <w:p>
      <w:r>
        <w:t>2022年6月22日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063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