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2025年普通高校招生系列问答——职业生涯规划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https://eea.gd.gov.cn/index/xgkgg/content/post_4735160.html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https://eea.gd.gov.cn/zcjd/content/post_4735132.html</w:t>
        </w:r>
      </w:hyperlink>
    </w:p>
    <w:p>
      <w:r>
        <w:t>原文含视频。Word和PDF保留静态正文及视频观看链接，未把视频转录成文字。</w:t>
      </w:r>
    </w:p>
    <w:p/>
    <w:p>
      <w:r>
        <w:t>行业前景和工作幸福感哪个更重要?</w:t>
      </w:r>
    </w:p>
    <w:p>
      <w:r>
        <w:t>大学时期如何提高自己未来的竞争力?</w:t>
      </w:r>
    </w:p>
    <w:p>
      <w:r>
        <w:t>选专业：“个人擅长”还是“市场需要”？</w:t>
      </w:r>
    </w:p>
    <w:p>
      <w:r>
        <w:t>土木工程专业未来该干什么?</w:t>
      </w:r>
    </w:p>
    <w:p>
      <w:r>
        <w:t>什么是热门专业？什么专业好找工作？</w:t>
      </w:r>
    </w:p>
    <w:p>
      <w:r>
        <w:t>如何判断一个专业是否“热门”？</w:t>
      </w:r>
    </w:p>
    <w:p>
      <w:r>
        <w:t>农科专业是不是很冷门？</w:t>
      </w:r>
    </w:p>
    <w:p>
      <w:r>
        <w:t>选名牌学校还是选热门专业？</w:t>
      </w:r>
    </w:p>
    <w:p>
      <w:r>
        <w:t>历史类专业是不是很难就业？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https://gdvideo.southcn.com/c0360592533671f088545017f0e90102/e414ecf7db3e4f13ac7a6a9d7745c1fe-f2a72a50243eadbaf5127d4dd13d36d7-ld.mp4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https://gdvideo.southcn.com/c0360592533671f088545017f0e90102/e414ecf7db3e4f13ac7a6a9d7745c1fe-bb06dca55009ba29d919888d4ddb5481-sd.mp4</w:t>
      </w:r>
    </w:p>
    <w:p>
      <w:hyperlink r:id="rId15">
        <w:r>
          <w:rPr>
            <w:color w:val="18548A"/>
          </w:rPr>
          <w:t>视频 2 LD 观看链接</w:t>
        </w:r>
      </w:hyperlink>
    </w:p>
    <w:p>
      <w:r>
        <w:t>https://gdvideo.southcn.com/a0e2cf9a533671f0963c5017f0e80102/cccb134883994f7b922dc4028d67fbfa-fb2ba7e2bcbe3dd16612d8a39fbe63a4-ld.mp4</w:t>
      </w:r>
    </w:p>
    <w:p>
      <w:hyperlink r:id="rId16">
        <w:r>
          <w:rPr>
            <w:color w:val="18548A"/>
          </w:rPr>
          <w:t>视频 2 SD 观看链接</w:t>
        </w:r>
      </w:hyperlink>
    </w:p>
    <w:p>
      <w:r>
        <w:t>https://gdvideo.southcn.com/a0e2cf9a533671f0963c5017f0e80102/cccb134883994f7b922dc4028d67fbfa-c0e58818d75db94758d5da665f910f4c-sd.mp4</w:t>
      </w:r>
    </w:p>
    <w:p>
      <w:hyperlink r:id="rId17">
        <w:r>
          <w:rPr>
            <w:color w:val="18548A"/>
          </w:rPr>
          <w:t>视频 3 LD 观看链接</w:t>
        </w:r>
      </w:hyperlink>
    </w:p>
    <w:p>
      <w:r>
        <w:t>https://gdvideo.southcn.com/f04894b1533671f0aa235017f0f90102/b2bd5cbd49ab408ba5214567c2dedec8-4a6c2b9a0a6a4f4ec0df354d1902db90-ld.mp4</w:t>
      </w:r>
    </w:p>
    <w:p>
      <w:hyperlink r:id="rId18">
        <w:r>
          <w:rPr>
            <w:color w:val="18548A"/>
          </w:rPr>
          <w:t>视频 3 SD 观看链接</w:t>
        </w:r>
      </w:hyperlink>
    </w:p>
    <w:p>
      <w:r>
        <w:t>https://gdvideo.southcn.com/f04894b1533671f0aa235017f0f90102/b2bd5cbd49ab408ba5214567c2dedec8-a5b860ac68bd4e38e07e45f53224bbb2-sd.mp4</w:t>
      </w:r>
    </w:p>
    <w:p>
      <w:hyperlink r:id="rId19">
        <w:r>
          <w:rPr>
            <w:color w:val="18548A"/>
          </w:rPr>
          <w:t>视频 4 LD 观看链接</w:t>
        </w:r>
      </w:hyperlink>
    </w:p>
    <w:p>
      <w:r>
        <w:t>https://gdvideo.southcn.com/600934b9533671f0a5964531958c0102/1079af07b9f9431b8cb89dc292ec3636-ff4c3f34cf26556388e13d004cb480b8-ld.mp4</w:t>
      </w:r>
    </w:p>
    <w:p>
      <w:hyperlink r:id="rId20">
        <w:r>
          <w:rPr>
            <w:color w:val="18548A"/>
          </w:rPr>
          <w:t>视频 4 SD 观看链接</w:t>
        </w:r>
      </w:hyperlink>
    </w:p>
    <w:p>
      <w:r>
        <w:t>https://gdvideo.southcn.com/600934b9533671f0a5964531958c0102/1079af07b9f9431b8cb89dc292ec3636-ffa2fea8cf08560e3c33f11e219fecf8-sd.mp4</w:t>
      </w:r>
    </w:p>
    <w:p>
      <w:hyperlink r:id="rId21">
        <w:r>
          <w:rPr>
            <w:color w:val="18548A"/>
          </w:rPr>
          <w:t>视频 5 LD 观看链接</w:t>
        </w:r>
      </w:hyperlink>
    </w:p>
    <w:p>
      <w:r>
        <w:t>https://gdvideo.southcn.com/b02b81c2533671f0ba746723a78f0102/5f9c65f4ada74f01938c7e9b06d8f781-0949b587336b91a9f1d9d1d31faa78d4-ld.mp4</w:t>
      </w:r>
    </w:p>
    <w:p>
      <w:hyperlink r:id="rId22">
        <w:r>
          <w:rPr>
            <w:color w:val="18548A"/>
          </w:rPr>
          <w:t>视频 5 SD 观看链接</w:t>
        </w:r>
      </w:hyperlink>
    </w:p>
    <w:p>
      <w:r>
        <w:t>https://gdvideo.southcn.com/b02b81c2533671f0ba746723a78f0102/5f9c65f4ada74f01938c7e9b06d8f781-a7c51fa9e26174a85c204404d3b6b2b2-sd.mp4</w:t>
      </w:r>
    </w:p>
    <w:p>
      <w:hyperlink r:id="rId23">
        <w:r>
          <w:rPr>
            <w:color w:val="18548A"/>
          </w:rPr>
          <w:t>视频 6 LD 观看链接</w:t>
        </w:r>
      </w:hyperlink>
    </w:p>
    <w:p>
      <w:r>
        <w:t>https://gdvideo.southcn.com/90af22cc533671f09f5b4531948c0102/77f12944103245d4bbb4bbe641bebc84-3b54549edb37a5e6c12620e35dd91be7-ld.mp4</w:t>
      </w:r>
    </w:p>
    <w:p>
      <w:hyperlink r:id="rId24">
        <w:r>
          <w:rPr>
            <w:color w:val="18548A"/>
          </w:rPr>
          <w:t>视频 6 SD 观看链接</w:t>
        </w:r>
      </w:hyperlink>
    </w:p>
    <w:p>
      <w:r>
        <w:t>https://gdvideo.southcn.com/90af22cc533671f09f5b4531948c0102/77f12944103245d4bbb4bbe641bebc84-5e27c4e879dbb1c8a5b40119d8849c59-sd.mp4</w:t>
      </w:r>
    </w:p>
    <w:p>
      <w:hyperlink r:id="rId25">
        <w:r>
          <w:rPr>
            <w:color w:val="18548A"/>
          </w:rPr>
          <w:t>视频 7 LD 观看链接</w:t>
        </w:r>
      </w:hyperlink>
    </w:p>
    <w:p>
      <w:r>
        <w:t>https://gdvideo.southcn.com/70fa11d5533671f0963c5017f0e80102/384ea35d6efd4403b11e56643e318f55-07cc06bfe6999c53daf69207969021a5-ld.mp4</w:t>
      </w:r>
    </w:p>
    <w:p>
      <w:hyperlink r:id="rId26">
        <w:r>
          <w:rPr>
            <w:color w:val="18548A"/>
          </w:rPr>
          <w:t>视频 7 SD 观看链接</w:t>
        </w:r>
      </w:hyperlink>
    </w:p>
    <w:p>
      <w:r>
        <w:t>https://gdvideo.southcn.com/70fa11d5533671f0963c5017f0e80102/384ea35d6efd4403b11e56643e318f55-cf53b6ddb32301e833d0cd9d3bf2d2ef-sd.mp4</w:t>
      </w:r>
    </w:p>
    <w:p>
      <w:hyperlink r:id="rId27">
        <w:r>
          <w:rPr>
            <w:color w:val="18548A"/>
          </w:rPr>
          <w:t>视频 8 LD 观看链接</w:t>
        </w:r>
      </w:hyperlink>
    </w:p>
    <w:p>
      <w:r>
        <w:t>https://gdvideo.southcn.com/d0ef66df533671f0b3925017f1e90102/7b63246566624b088fbff6c73b87075e-3d4ca9d87b97df1eae63abeb374766f1-ld.mp4</w:t>
      </w:r>
    </w:p>
    <w:p>
      <w:hyperlink r:id="rId28">
        <w:r>
          <w:rPr>
            <w:color w:val="18548A"/>
          </w:rPr>
          <w:t>视频 8 SD 观看链接</w:t>
        </w:r>
      </w:hyperlink>
    </w:p>
    <w:p>
      <w:r>
        <w:t>https://gdvideo.southcn.com/d0ef66df533671f0b3925017f1e90102/7b63246566624b088fbff6c73b87075e-57a5b59f375c20db1899875b83aaf9a8-sd.mp4</w:t>
      </w:r>
    </w:p>
    <w:p>
      <w:hyperlink r:id="rId29">
        <w:r>
          <w:rPr>
            <w:color w:val="18548A"/>
          </w:rPr>
          <w:t>视频 9 LD 观看链接</w:t>
        </w:r>
      </w:hyperlink>
    </w:p>
    <w:p>
      <w:r>
        <w:t>https://gdvideo.southcn.com/80eac9e5533671f0bfed5017f1f80102/66ae565e643441869942603784884375-1fcc328f894144bbb2e7e7153211d3a5-ld.mp4</w:t>
      </w:r>
    </w:p>
    <w:p>
      <w:hyperlink r:id="rId30">
        <w:r>
          <w:rPr>
            <w:color w:val="18548A"/>
          </w:rPr>
          <w:t>视频 9 SD 观看链接</w:t>
        </w:r>
      </w:hyperlink>
    </w:p>
    <w:p>
      <w:r>
        <w:t>https://gdvideo.southcn.com/80eac9e5533671f0bfed5017f1f80102/66ae565e643441869942603784884375-bca3229e0ebb6be72f5a8ec8a58a778a-sd.mp4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60.html" TargetMode="External"/><Relationship Id="rId11" Type="http://schemas.openxmlformats.org/officeDocument/2006/relationships/hyperlink" Target="https://eea.gd.gov.cn/zcjd/content/post_4735132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c0360592533671f088545017f0e90102/e414ecf7db3e4f13ac7a6a9d7745c1fe-f2a72a50243eadbaf5127d4dd13d36d7-ld.mp4" TargetMode="External"/><Relationship Id="rId14" Type="http://schemas.openxmlformats.org/officeDocument/2006/relationships/hyperlink" Target="https://gdvideo.southcn.com/c0360592533671f088545017f0e90102/e414ecf7db3e4f13ac7a6a9d7745c1fe-bb06dca55009ba29d919888d4ddb5481-sd.mp4" TargetMode="External"/><Relationship Id="rId15" Type="http://schemas.openxmlformats.org/officeDocument/2006/relationships/hyperlink" Target="https://gdvideo.southcn.com/a0e2cf9a533671f0963c5017f0e80102/cccb134883994f7b922dc4028d67fbfa-fb2ba7e2bcbe3dd16612d8a39fbe63a4-ld.mp4" TargetMode="External"/><Relationship Id="rId16" Type="http://schemas.openxmlformats.org/officeDocument/2006/relationships/hyperlink" Target="https://gdvideo.southcn.com/a0e2cf9a533671f0963c5017f0e80102/cccb134883994f7b922dc4028d67fbfa-c0e58818d75db94758d5da665f910f4c-sd.mp4" TargetMode="External"/><Relationship Id="rId17" Type="http://schemas.openxmlformats.org/officeDocument/2006/relationships/hyperlink" Target="https://gdvideo.southcn.com/f04894b1533671f0aa235017f0f90102/b2bd5cbd49ab408ba5214567c2dedec8-4a6c2b9a0a6a4f4ec0df354d1902db90-ld.mp4" TargetMode="External"/><Relationship Id="rId18" Type="http://schemas.openxmlformats.org/officeDocument/2006/relationships/hyperlink" Target="https://gdvideo.southcn.com/f04894b1533671f0aa235017f0f90102/b2bd5cbd49ab408ba5214567c2dedec8-a5b860ac68bd4e38e07e45f53224bbb2-sd.mp4" TargetMode="External"/><Relationship Id="rId19" Type="http://schemas.openxmlformats.org/officeDocument/2006/relationships/hyperlink" Target="https://gdvideo.southcn.com/600934b9533671f0a5964531958c0102/1079af07b9f9431b8cb89dc292ec3636-ff4c3f34cf26556388e13d004cb480b8-ld.mp4" TargetMode="External"/><Relationship Id="rId20" Type="http://schemas.openxmlformats.org/officeDocument/2006/relationships/hyperlink" Target="https://gdvideo.southcn.com/600934b9533671f0a5964531958c0102/1079af07b9f9431b8cb89dc292ec3636-ffa2fea8cf08560e3c33f11e219fecf8-sd.mp4" TargetMode="External"/><Relationship Id="rId21" Type="http://schemas.openxmlformats.org/officeDocument/2006/relationships/hyperlink" Target="https://gdvideo.southcn.com/b02b81c2533671f0ba746723a78f0102/5f9c65f4ada74f01938c7e9b06d8f781-0949b587336b91a9f1d9d1d31faa78d4-ld.mp4" TargetMode="External"/><Relationship Id="rId22" Type="http://schemas.openxmlformats.org/officeDocument/2006/relationships/hyperlink" Target="https://gdvideo.southcn.com/b02b81c2533671f0ba746723a78f0102/5f9c65f4ada74f01938c7e9b06d8f781-a7c51fa9e26174a85c204404d3b6b2b2-sd.mp4" TargetMode="External"/><Relationship Id="rId23" Type="http://schemas.openxmlformats.org/officeDocument/2006/relationships/hyperlink" Target="https://gdvideo.southcn.com/90af22cc533671f09f5b4531948c0102/77f12944103245d4bbb4bbe641bebc84-3b54549edb37a5e6c12620e35dd91be7-ld.mp4" TargetMode="External"/><Relationship Id="rId24" Type="http://schemas.openxmlformats.org/officeDocument/2006/relationships/hyperlink" Target="https://gdvideo.southcn.com/90af22cc533671f09f5b4531948c0102/77f12944103245d4bbb4bbe641bebc84-5e27c4e879dbb1c8a5b40119d8849c59-sd.mp4" TargetMode="External"/><Relationship Id="rId25" Type="http://schemas.openxmlformats.org/officeDocument/2006/relationships/hyperlink" Target="https://gdvideo.southcn.com/70fa11d5533671f0963c5017f0e80102/384ea35d6efd4403b11e56643e318f55-07cc06bfe6999c53daf69207969021a5-ld.mp4" TargetMode="External"/><Relationship Id="rId26" Type="http://schemas.openxmlformats.org/officeDocument/2006/relationships/hyperlink" Target="https://gdvideo.southcn.com/70fa11d5533671f0963c5017f0e80102/384ea35d6efd4403b11e56643e318f55-cf53b6ddb32301e833d0cd9d3bf2d2ef-sd.mp4" TargetMode="External"/><Relationship Id="rId27" Type="http://schemas.openxmlformats.org/officeDocument/2006/relationships/hyperlink" Target="https://gdvideo.southcn.com/d0ef66df533671f0b3925017f1e90102/7b63246566624b088fbff6c73b87075e-3d4ca9d87b97df1eae63abeb374766f1-ld.mp4" TargetMode="External"/><Relationship Id="rId28" Type="http://schemas.openxmlformats.org/officeDocument/2006/relationships/hyperlink" Target="https://gdvideo.southcn.com/d0ef66df533671f0b3925017f1e90102/7b63246566624b088fbff6c73b87075e-57a5b59f375c20db1899875b83aaf9a8-sd.mp4" TargetMode="External"/><Relationship Id="rId29" Type="http://schemas.openxmlformats.org/officeDocument/2006/relationships/hyperlink" Target="https://gdvideo.southcn.com/80eac9e5533671f0bfed5017f1f80102/66ae565e643441869942603784884375-1fcc328f894144bbb2e7e7153211d3a5-ld.mp4" TargetMode="External"/><Relationship Id="rId30" Type="http://schemas.openxmlformats.org/officeDocument/2006/relationships/hyperlink" Target="https://gdvideo.southcn.com/80eac9e5533671f0bfed5017f1f80102/66ae565e643441869942603784884375-bca3229e0ebb6be72f5a8ec8a58a778a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