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https://szeb.sz.gov.cn/szzkw/zkcx/zxks/zkzy/zkcc/content/post_8949055.html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afb3848101397a35ac58cd858faa7c5cc1fc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afb3848101397a35ac58cd858faa7c5cc1fc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5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