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2024年上半年(第72次)全国计算机等级考试成绩即将公布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https://eea.gd.gov.cn/news/content/post_4418148.html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https://eea.gd.gov.cn/shks/content/post_4418018.html</w:t>
        </w:r>
      </w:hyperlink>
    </w:p>
    <w:p/>
    <w:p>
      <w:r>
        <w:t>2024年上半年（第72次）全国计算机等级考试成绩将于5月8日10:00发布。考生可通过以下方式查询成绩：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18148.html" TargetMode="External"/><Relationship Id="rId11" Type="http://schemas.openxmlformats.org/officeDocument/2006/relationships/hyperlink" Target="https://eea.gd.gov.cn/shks/content/post_44180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