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https://szeb.sz.gov.cn/szzkw/zkcx/zxks/zkzy/bkcc/content/post_8949108.html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fd5134142582cbcdfe55baf92b3fd8ebef4f2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fd5134142582cbcdfe55baf92b3fd8ebef4f2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0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