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致深圳市2022年高考考生的一封信</w:t>
      </w:r>
    </w:p>
    <w:p>
      <w:r>
        <w:rPr>
          <w:sz w:val="18"/>
        </w:rPr>
        <w:t>整理归属  深圳市招生考试办公室</w:t>
      </w:r>
    </w:p>
    <w:p>
      <w:r>
        <w:rPr>
          <w:sz w:val="18"/>
        </w:rPr>
        <w:t>发布日期  2022-05-20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https://szeb.sz.gov.cn/szzkw/zkgg/gkxx/content/post_9803010.html</w:t>
        </w:r>
      </w:hyperlink>
    </w:p>
    <w:p/>
    <w:p>
      <w:r>
        <w:t>亲爱的考生、家长：</w:t>
      </w:r>
    </w:p>
    <w:p>
      <w:r>
        <w:t>2022年全国普通高考将于6月7日-9日举行，高考的脚步离我们越来越近，青春孕育无限希望，青春创造美好明天!我市数万学子豪情满怀、整装待发，我们向广大学子表达最真挚的祝愿，祝你们沉着应考、旗开得胜、取得佳绩，现将考试有关重要事项温馨提醒如下：</w:t>
      </w:r>
    </w:p>
    <w:p>
      <w:r>
        <w:t>一、充分做好考试准备</w:t>
      </w:r>
    </w:p>
    <w:p>
      <w:r>
        <w:t>1.准备参考必备物品。考生只允许携带身份证件、准考证、必要的考试文具（如黑色签字笔、2B铅笔、尺子、橡皮等）、佩戴一次性医用口罩进入考点。严禁携带各种通讯工具(如手机等无线接收、传送设备)、电子存储记忆录放设备、蓝牙手表、涂改液、修正带、透明胶带、刮纸刀以及自备的答题文具等物品进入考点。建议考生不携带手机等无关物品前往考点，确需携带的在考点指定区域妥善放置。</w:t>
      </w:r>
    </w:p>
    <w:p>
      <w:r>
        <w:t>2.妥善做好赴考规划。6月7日至9日正值工作日，考生和家长要充分考虑天气、交通等因素，确保赴考安全。本次考试各考点将在入口和考场入口进行“两次安检”，考生应自觉配合接受检查，留足入场健康检测、身份验证和安检的时间，建议至少提前50分钟到达考点，避免延误。按规定，每科开考15分钟后不得进入考点。</w:t>
      </w:r>
    </w:p>
    <w:p>
      <w:r>
        <w:t>3.调整备考心态状态。希望每位考生都能合理规划考前复习时间，将作息时间与考试时间对应调整好，早睡早起，合理膳食，保持营养，保持最佳备考状态，从容应考。</w:t>
      </w:r>
    </w:p>
    <w:p>
      <w:r>
        <w:t>二、严格执行防疫要求</w:t>
      </w:r>
    </w:p>
    <w:p>
      <w:r>
        <w:t>当前国内新冠肺炎疫情形势严峻复杂，多地散发零星病例，为确保广大考生能够顺利参加普通高考，根据组考防疫要求，请考生及家长严格遵守以下考前防疫要求。</w:t>
      </w:r>
    </w:p>
    <w:p>
      <w:r>
        <w:t>1.及时返回深圳候考。所有考生务必于考前14天以上(5月24日及之前，下同)抵达深圳。返回途中做好个人防护，全程佩戴口罩，注意个人卫生和消毒。主动向学校（报名点）报告旅居史，严格按照我市防疫要求。</w:t>
      </w:r>
    </w:p>
    <w:p>
      <w:r>
        <w:t>2.考前14天个人健康监测。请考生于考前14天起，每天自行测量、记录体温并进行健康状况监测。</w:t>
      </w:r>
    </w:p>
    <w:p>
      <w:r>
        <w:t>3.所有考生须注册“粤康码”，并实行考前在深圳市核酸检测“3天3检”。考生凭考前“3天3检”核酸检测记录、考前24小时内（以6月7日开考第一科计算）核酸检测阴性证明参加考试。</w:t>
      </w:r>
    </w:p>
    <w:p>
      <w:r>
        <w:t>4.减少跨区域流动。考前14天内非必要不外出、不聚集，所有考生在高考前14天到高考结束前原则上不得离开深圳。不前往重点涉疫地区、中高风险地区、有疫情报告地区。</w:t>
      </w:r>
    </w:p>
    <w:p>
      <w:r>
        <w:t>5.自觉接受体温测量。考试当天，进入考点时须接受体温测量，如体温≥37.3℃将进行复测;如复测后仍≥37.3℃，须按照考点应急处置程序参加考试，请考生配合考点工作人员的安排。</w:t>
      </w:r>
    </w:p>
    <w:p>
      <w:r>
        <w:t>6.以上疫情防控要求如有变化，将第一时间告知考生，请考生严格执行我市及所在区属的最新防疫要求，持续关注考区组考防疫公告。若因考生个人原因未主动报告滞留状态、信息造假、拒绝配合学校（报名点）进行信息摸排，导致无法正常参加高考的后果由考生本人承担。</w:t>
      </w:r>
    </w:p>
    <w:p>
      <w:r>
        <w:t>三、自觉遵守考试纪律</w:t>
      </w:r>
    </w:p>
    <w:p>
      <w:r>
        <w:t>1.切实做到诚信应考。高考作弊后果极其严重，请广大考生遵守考场纪律，诚信应考，切莫因小失大，以身试法，贻误终生，做到不替考、不抄袭、不携带手机参加考试(携带手机参加考试为考试作弊，取消各科考试成绩)、不使用高科技通讯器材舞弊。试题、答题卡、草稿纸等均属于涉考材料，不允许带离考场。我市所有考场均为标准化考场，考试实时高清监控并全程录像。如考生不遵守考场规则，不服从考试工作人员管理，有违纪、作弊等行为的，将依照《中华人民共和国教育法》《国家教育考试违规处理办法》(教育部令第33号)进行严肃处理;涉嫌犯罪的，按照《中华人民共和国刑法(修正案九)》《最高人民法院、最高人民检察院关于办理组织考试作弊等刑事案件适用法律若干问题的解释》等法律规定，移送司法机关追究法律责任。</w:t>
      </w:r>
    </w:p>
    <w:p>
      <w:r>
        <w:t>2.如遇突发事件请保持冷静。考前，如发生身份证、准考证不慎遗失等意外情况，无需紧张，请及时与学校领队老师或考点联系。考试过程中如出现突发偶发事件，考生必须服从现场工作人员管理，在无人身安全危险情况下，要沉着冷静，不能私自离场，留在原地等候指令处理。</w:t>
      </w:r>
    </w:p>
    <w:p>
      <w:r>
        <w:t>3.每位考生要合理安排答题时间，交卷离场后迅速离开考点考场，不得再进入考场，也不得在考点考场附近逗留或交谈。</w:t>
      </w:r>
    </w:p>
    <w:p>
      <w:r>
        <w:t>四、提高警惕，谨防上当</w:t>
      </w:r>
    </w:p>
    <w:p>
      <w:r>
        <w:t>1.对于高考，社会上总有不法分子、作弊团伙通过各种方式和手段进行诈骗犯罪活动，散布提供“助考”、提前取得“试题”等虚假信息，骗取考生钱财。请考生、家长务必提高警惕，不要抱有侥幸心理，更不要参与“助考”违法犯罪活动，避免上当受骗。考试期间，如发现涉考违法违规行为，请及时向公安机关报警并向市招考办举报（举报电话：0755-82181999）。</w:t>
      </w:r>
    </w:p>
    <w:p>
      <w:r>
        <w:t>2.防范招生欺诈。招生录取期间，考生和家长一定不要轻易将考生及家人的信息泄露给他人，考生需加强网上登录密码强度并妥善保管，不要使用简单密码以防泄露，切勿向他人透露或交由他人代查成绩、代填报志愿。</w:t>
      </w:r>
    </w:p>
    <w:p>
      <w:r>
        <w:t>3.认准官方渠道。请考生和家长以广东省教育考试院官网（网址：https://eea.gd.gov.cn/）、深圳招考网（网址：https://szeb.sz.gov.cn/szzkw/）和官方微信公众号“深圳市招生考试办公室”发布的信息为准，切勿轻信各种“助考机构”“辅导机构”的虚假宣传，避免上当受骗。</w:t>
      </w:r>
    </w:p>
    <w:p>
      <w:r>
        <w:t>4.畅通举报渠道。考试期间，如发现涉考违法违规行为，请及时向公安机关报警并向市招考办举报。</w:t>
      </w:r>
    </w:p>
    <w:p>
      <w:r>
        <w:t>举报电话：0755-82181999</w:t>
      </w:r>
    </w:p>
    <w:p>
      <w:r>
        <w:t>举报邮箱：szzb-gk@sz.edu.cn</w:t>
      </w:r>
    </w:p>
    <w:p>
      <w:r>
        <w:t>5.温馨提示：深圳市招生考试办公室咨询服务大厅已对外开放，面向考生、家长和社会做好考试招生政策宣传和信息查询、政策咨询、信访接待等工作，欢迎来电来访。</w:t>
      </w:r>
    </w:p>
    <w:p>
      <w:r>
        <w:t>咨询电话：0755-82181999</w:t>
      </w:r>
    </w:p>
    <w:p>
      <w:r>
        <w:t>来访地址：深圳市罗湖区泥岗西路1068号</w:t>
      </w:r>
    </w:p>
    <w:p>
      <w:r>
        <w:t>星光不问赶路人，时光不负有心人，祝广大学子高考顺利，金榜题名!</w:t>
      </w:r>
    </w:p>
    <w:p>
      <w:r>
        <w:t>深圳市招生考试办公室</w:t>
      </w:r>
    </w:p>
    <w:p>
      <w:r>
        <w:t>2022年5月20日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8030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