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本科层次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https://szeb.sz.gov.cn/szzkw/zkcx/zxks/zkzy/bkcc/content/post_8949084.html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07737cfb35b1dcaa13acff4029ea4055a3fc4e4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07737cfb35b1dcaa13acff4029ea4055a3fc4e4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bkcc/content/post_8949084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