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2022年政府网站工作年度报表(广东省教育考试院)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2023-01-20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政府网站工作年报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https://eea.gd.gov.cn/zwgk/zfwzgznb/content/post_4085012.html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https://eea.gd.gov.cn/tzgg/content/post_4085011.html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ab6218eb0289ce36276b8b072c53de4abeae06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ab6218eb0289ce36276b8b072c53de4abeae06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7b50e8419302bf24e6d98ed5b604db4eac889f5-00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7b50e8419302bf24e6d98ed5b604db4eac889f5-00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2796da16a4c85a35c024603fa6c256bf766fe84-00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2796da16a4c85a35c024603fa6c256bf766fe84-00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/zfwzgznb/content/post_4085012.html" TargetMode="External"/><Relationship Id="rId11" Type="http://schemas.openxmlformats.org/officeDocument/2006/relationships/hyperlink" Target="https://eea.gd.gov.cn/tzgg/content/post_4085011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