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a7ba1745f52e42510e59bf27e0e44b1d1f8b9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a7ba1745f52e42510e59bf27e0e44b1d1f8b9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